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A0DEF" w14:textId="77777777" w:rsidR="00472A8A" w:rsidRPr="00472A8A" w:rsidRDefault="00472A8A" w:rsidP="00B30B6F">
      <w:pPr>
        <w:rPr>
          <w:rFonts w:asciiTheme="majorHAnsi" w:hAnsiTheme="majorHAnsi" w:cstheme="majorHAnsi"/>
          <w:b/>
          <w:bCs/>
          <w:sz w:val="28"/>
          <w:szCs w:val="28"/>
        </w:rPr>
      </w:pPr>
      <w:r w:rsidRPr="00472A8A">
        <w:rPr>
          <w:rFonts w:asciiTheme="majorHAnsi" w:hAnsiTheme="majorHAnsi" w:cstheme="majorHAnsi"/>
          <w:b/>
          <w:bCs/>
          <w:sz w:val="28"/>
          <w:szCs w:val="28"/>
        </w:rPr>
        <w:t>Email Template from Leadership to Team/Employees</w:t>
      </w:r>
    </w:p>
    <w:p w14:paraId="439B84D0" w14:textId="05E115DB" w:rsidR="00B30B6F" w:rsidRPr="00B30B6F" w:rsidRDefault="00B30B6F" w:rsidP="00B30B6F">
      <w:pPr>
        <w:rPr>
          <w:rFonts w:cstheme="majorHAnsi"/>
        </w:rPr>
      </w:pPr>
      <w:r w:rsidRPr="00B30B6F">
        <w:rPr>
          <w:rFonts w:cstheme="majorHAnsi"/>
        </w:rPr>
        <w:t>This internal email template is designed to help organizations launch conversations around weight bias in a thoughtful</w:t>
      </w:r>
      <w:r w:rsidR="00015587">
        <w:rPr>
          <w:rFonts w:cstheme="majorHAnsi"/>
        </w:rPr>
        <w:t xml:space="preserve"> </w:t>
      </w:r>
      <w:r w:rsidRPr="00B30B6F">
        <w:rPr>
          <w:rFonts w:cstheme="majorHAnsi"/>
        </w:rPr>
        <w:t>way. It provides leadership or HR teams with ready-to-use language to introduce the initiative and signal organizational commitment to a more respectful, supportive workplace culture.</w:t>
      </w:r>
    </w:p>
    <w:p w14:paraId="624A4E67" w14:textId="04DE3C26" w:rsidR="00B30B6F" w:rsidRPr="00B30B6F" w:rsidRDefault="00B30B6F" w:rsidP="00B30B6F">
      <w:pPr>
        <w:rPr>
          <w:rFonts w:cstheme="majorHAnsi"/>
        </w:rPr>
      </w:pPr>
      <w:r w:rsidRPr="00B30B6F">
        <w:rPr>
          <w:rFonts w:cstheme="majorHAnsi"/>
        </w:rPr>
        <w:t xml:space="preserve">The purpose of this email is to raise awareness of weight bias in the workplace, set the tone for </w:t>
      </w:r>
      <w:r w:rsidR="00015587">
        <w:rPr>
          <w:rFonts w:cstheme="majorHAnsi"/>
        </w:rPr>
        <w:t>supportive</w:t>
      </w:r>
      <w:r w:rsidRPr="00B30B6F">
        <w:rPr>
          <w:rFonts w:cstheme="majorHAnsi"/>
        </w:rPr>
        <w:t xml:space="preserve"> culture-building efforts, and invite employees to engage with educational resources. It serves as an initial communication to promote understanding, reflection, and collective responsibility for creating a culture where all individuals feel valued</w:t>
      </w:r>
      <w:r w:rsidR="004231A7">
        <w:rPr>
          <w:rFonts w:cstheme="majorHAnsi"/>
        </w:rPr>
        <w:t xml:space="preserve"> </w:t>
      </w:r>
      <w:r w:rsidRPr="00B30B6F">
        <w:rPr>
          <w:rFonts w:cstheme="majorHAnsi"/>
        </w:rPr>
        <w:t>regardless of body size or appearance.</w:t>
      </w:r>
    </w:p>
    <w:p w14:paraId="0664CF05" w14:textId="72997833" w:rsidR="00B30B6F" w:rsidRPr="00B30B6F" w:rsidRDefault="00B30B6F" w:rsidP="00B30B6F">
      <w:pPr>
        <w:rPr>
          <w:rFonts w:cstheme="majorHAnsi"/>
          <w:i/>
          <w:iCs/>
        </w:rPr>
      </w:pPr>
      <w:r w:rsidRPr="00B30B6F">
        <w:rPr>
          <w:rFonts w:cstheme="majorHAnsi"/>
          <w:i/>
          <w:iCs/>
        </w:rPr>
        <w:t xml:space="preserve">Internal Email Template: Building a More </w:t>
      </w:r>
      <w:r w:rsidRPr="00472A8A">
        <w:rPr>
          <w:rFonts w:cstheme="majorHAnsi"/>
          <w:i/>
          <w:iCs/>
        </w:rPr>
        <w:t>Comprehensive</w:t>
      </w:r>
      <w:r w:rsidRPr="00B30B6F">
        <w:rPr>
          <w:rFonts w:cstheme="majorHAnsi"/>
          <w:i/>
          <w:iCs/>
        </w:rPr>
        <w:t xml:space="preserve"> Culture</w:t>
      </w:r>
    </w:p>
    <w:p w14:paraId="6466B4D4" w14:textId="77777777" w:rsidR="00B30B6F" w:rsidRPr="00B30B6F" w:rsidRDefault="00B30B6F" w:rsidP="00B30B6F">
      <w:pPr>
        <w:rPr>
          <w:rFonts w:cstheme="majorHAnsi"/>
        </w:rPr>
      </w:pPr>
      <w:r w:rsidRPr="00B30B6F">
        <w:rPr>
          <w:rFonts w:cstheme="majorHAnsi"/>
        </w:rPr>
        <w:t>Subject:</w:t>
      </w:r>
      <w:r w:rsidRPr="00B30B6F">
        <w:rPr>
          <w:rFonts w:cstheme="majorHAnsi"/>
          <w:b/>
          <w:bCs/>
        </w:rPr>
        <w:t xml:space="preserve"> </w:t>
      </w:r>
      <w:r w:rsidRPr="00B30B6F">
        <w:rPr>
          <w:rFonts w:cstheme="majorHAnsi"/>
        </w:rPr>
        <w:t>Building Awareness Around Weight Bias in the Workplace</w:t>
      </w:r>
    </w:p>
    <w:p w14:paraId="533403D4" w14:textId="77777777" w:rsidR="00B30B6F" w:rsidRPr="00B30B6F" w:rsidRDefault="00B30B6F" w:rsidP="00B30B6F">
      <w:pPr>
        <w:rPr>
          <w:rFonts w:cstheme="majorHAnsi"/>
        </w:rPr>
      </w:pPr>
      <w:r w:rsidRPr="00B30B6F">
        <w:rPr>
          <w:rFonts w:cstheme="majorHAnsi"/>
        </w:rPr>
        <w:t>Dear Team,</w:t>
      </w:r>
    </w:p>
    <w:p w14:paraId="0D83BB8D" w14:textId="6DA76A35" w:rsidR="00B30B6F" w:rsidRPr="00B30B6F" w:rsidRDefault="00B30B6F" w:rsidP="00B30B6F">
      <w:pPr>
        <w:rPr>
          <w:rFonts w:cstheme="majorHAnsi"/>
        </w:rPr>
      </w:pPr>
      <w:r w:rsidRPr="00B30B6F">
        <w:rPr>
          <w:rFonts w:cstheme="majorHAnsi"/>
        </w:rPr>
        <w:t xml:space="preserve">As part of our continued efforts to foster </w:t>
      </w:r>
      <w:proofErr w:type="gramStart"/>
      <w:r w:rsidRPr="00B30B6F">
        <w:rPr>
          <w:rFonts w:cstheme="majorHAnsi"/>
        </w:rPr>
        <w:t>an</w:t>
      </w:r>
      <w:proofErr w:type="gramEnd"/>
      <w:r w:rsidRPr="00B30B6F">
        <w:rPr>
          <w:rFonts w:cstheme="majorHAnsi"/>
        </w:rPr>
        <w:t xml:space="preserve"> </w:t>
      </w:r>
      <w:r w:rsidR="00237356">
        <w:rPr>
          <w:rFonts w:cstheme="majorHAnsi"/>
        </w:rPr>
        <w:t>comprehensive</w:t>
      </w:r>
      <w:r w:rsidRPr="00B30B6F">
        <w:rPr>
          <w:rFonts w:cstheme="majorHAnsi"/>
        </w:rPr>
        <w:t>, respectful, and supportive workplace, we’re bringing attention to an important but often overlooked topic</w:t>
      </w:r>
      <w:r w:rsidR="004231A7">
        <w:rPr>
          <w:rFonts w:cstheme="majorHAnsi"/>
        </w:rPr>
        <w:t xml:space="preserve"> </w:t>
      </w:r>
      <w:r w:rsidRPr="00B30B6F">
        <w:rPr>
          <w:rFonts w:cstheme="majorHAnsi"/>
        </w:rPr>
        <w:t>weight bias in the workplace.</w:t>
      </w:r>
    </w:p>
    <w:p w14:paraId="11BEDA68" w14:textId="7FD3E1D1" w:rsidR="00B30B6F" w:rsidRPr="00B30B6F" w:rsidRDefault="00B30B6F" w:rsidP="00B30B6F">
      <w:pPr>
        <w:rPr>
          <w:rFonts w:cstheme="majorHAnsi"/>
        </w:rPr>
      </w:pPr>
      <w:r w:rsidRPr="00B30B6F">
        <w:rPr>
          <w:rFonts w:cstheme="majorHAnsi"/>
        </w:rPr>
        <w:t>Weight bias refers to the judgments or assumptions made about individuals based on body size. These biases</w:t>
      </w:r>
      <w:r w:rsidR="004231A7">
        <w:rPr>
          <w:rFonts w:cstheme="majorHAnsi"/>
        </w:rPr>
        <w:t xml:space="preserve"> </w:t>
      </w:r>
      <w:r w:rsidRPr="00B30B6F">
        <w:rPr>
          <w:rFonts w:cstheme="majorHAnsi"/>
        </w:rPr>
        <w:t>whether conscious or not</w:t>
      </w:r>
      <w:r w:rsidR="004231A7">
        <w:rPr>
          <w:rFonts w:cstheme="majorHAnsi"/>
        </w:rPr>
        <w:t xml:space="preserve"> </w:t>
      </w:r>
      <w:r w:rsidRPr="00B30B6F">
        <w:rPr>
          <w:rFonts w:cstheme="majorHAnsi"/>
        </w:rPr>
        <w:t>can affect hiring decisions, access to opportunities, participation in wellness programs, and how supported people feel at work.</w:t>
      </w:r>
    </w:p>
    <w:p w14:paraId="61CD7483" w14:textId="77777777" w:rsidR="00B30B6F" w:rsidRPr="00B30B6F" w:rsidRDefault="00B30B6F" w:rsidP="00B30B6F">
      <w:pPr>
        <w:rPr>
          <w:rFonts w:cstheme="majorHAnsi"/>
        </w:rPr>
      </w:pPr>
      <w:r w:rsidRPr="00B30B6F">
        <w:rPr>
          <w:rFonts w:cstheme="majorHAnsi"/>
        </w:rPr>
        <w:t>We’re taking steps to raise awareness around this issue as part of our broader culture and well-being efforts. In the weeks ahead, you may see educational materials, signage, or communications that highlight how weight stigma can show up at work and what we can do to address it.</w:t>
      </w:r>
    </w:p>
    <w:p w14:paraId="21FBB04A" w14:textId="32401BDF" w:rsidR="00B30B6F" w:rsidRPr="00B30B6F" w:rsidRDefault="00B30B6F" w:rsidP="00B30B6F">
      <w:pPr>
        <w:rPr>
          <w:rFonts w:cstheme="majorHAnsi"/>
        </w:rPr>
      </w:pPr>
      <w:r w:rsidRPr="00B30B6F">
        <w:rPr>
          <w:rFonts w:cstheme="majorHAnsi"/>
        </w:rPr>
        <w:t xml:space="preserve">This effort is not about individual health </w:t>
      </w:r>
      <w:r w:rsidR="004231A7" w:rsidRPr="00B30B6F">
        <w:rPr>
          <w:rFonts w:cstheme="majorHAnsi"/>
        </w:rPr>
        <w:t>choices,</w:t>
      </w:r>
      <w:r w:rsidR="004231A7">
        <w:rPr>
          <w:rFonts w:cstheme="majorHAnsi"/>
        </w:rPr>
        <w:t xml:space="preserve"> </w:t>
      </w:r>
      <w:r w:rsidRPr="00B30B6F">
        <w:rPr>
          <w:rFonts w:cstheme="majorHAnsi"/>
        </w:rPr>
        <w:t>it’s about creating a culture where all employees feel respected and included, regardless of body size or appearance.</w:t>
      </w:r>
    </w:p>
    <w:p w14:paraId="4FA6D389" w14:textId="77777777" w:rsidR="00B30B6F" w:rsidRPr="00B30B6F" w:rsidRDefault="00B30B6F" w:rsidP="00B30B6F">
      <w:pPr>
        <w:rPr>
          <w:rFonts w:cstheme="majorHAnsi"/>
        </w:rPr>
      </w:pPr>
      <w:r w:rsidRPr="00B30B6F">
        <w:rPr>
          <w:rFonts w:cstheme="majorHAnsi"/>
        </w:rPr>
        <w:t>We invite you to reflect, ask questions, and explore the resources we’ll be sharing. Together, we can ensure our workplace continues to be a space where everyone feels they belong.</w:t>
      </w:r>
    </w:p>
    <w:p w14:paraId="4E0E01A4" w14:textId="77777777" w:rsidR="00B30B6F" w:rsidRPr="00B30B6F" w:rsidRDefault="00B30B6F" w:rsidP="00B30B6F">
      <w:pPr>
        <w:rPr>
          <w:rFonts w:cstheme="majorHAnsi"/>
        </w:rPr>
      </w:pPr>
      <w:r w:rsidRPr="00B30B6F">
        <w:rPr>
          <w:rFonts w:cstheme="majorHAnsi"/>
        </w:rPr>
        <w:t>If you have questions or want to learn more, please reach out to [HR/Wellness Contact Name].</w:t>
      </w:r>
    </w:p>
    <w:p w14:paraId="0A61C660" w14:textId="77777777" w:rsidR="00B30B6F" w:rsidRPr="00B30B6F" w:rsidRDefault="00B30B6F" w:rsidP="00B30B6F">
      <w:pPr>
        <w:rPr>
          <w:rFonts w:cstheme="majorHAnsi"/>
        </w:rPr>
      </w:pPr>
      <w:r w:rsidRPr="00B30B6F">
        <w:rPr>
          <w:rFonts w:cstheme="majorHAnsi"/>
        </w:rPr>
        <w:lastRenderedPageBreak/>
        <w:t>Warmly,</w:t>
      </w:r>
      <w:r w:rsidRPr="00B30B6F">
        <w:rPr>
          <w:rFonts w:cstheme="majorHAnsi"/>
        </w:rPr>
        <w:br/>
        <w:t>[Your Name]</w:t>
      </w:r>
      <w:r w:rsidRPr="00B30B6F">
        <w:rPr>
          <w:rFonts w:cstheme="majorHAnsi"/>
        </w:rPr>
        <w:br/>
        <w:t>[Your Title]</w:t>
      </w:r>
    </w:p>
    <w:p w14:paraId="1A11A64F" w14:textId="77777777" w:rsidR="00B30B6F" w:rsidRPr="00B30B6F" w:rsidRDefault="00B30B6F" w:rsidP="00B30B6F">
      <w:pPr>
        <w:rPr>
          <w:rFonts w:cstheme="majorHAnsi"/>
          <w:b/>
          <w:bCs/>
        </w:rPr>
      </w:pPr>
    </w:p>
    <w:p w14:paraId="00B683C1" w14:textId="77777777" w:rsidR="00472A8A" w:rsidRPr="00472A8A" w:rsidRDefault="00472A8A" w:rsidP="00877D4D">
      <w:pPr>
        <w:rPr>
          <w:rFonts w:asciiTheme="majorHAnsi" w:hAnsiTheme="majorHAnsi" w:cstheme="majorHAnsi"/>
          <w:b/>
          <w:bCs/>
          <w:sz w:val="28"/>
          <w:szCs w:val="28"/>
        </w:rPr>
      </w:pPr>
      <w:r w:rsidRPr="00472A8A">
        <w:rPr>
          <w:rFonts w:asciiTheme="majorHAnsi" w:hAnsiTheme="majorHAnsi" w:cstheme="majorHAnsi"/>
          <w:b/>
          <w:bCs/>
          <w:sz w:val="28"/>
          <w:szCs w:val="28"/>
        </w:rPr>
        <w:t>Social Media</w:t>
      </w:r>
    </w:p>
    <w:p w14:paraId="681A41E3" w14:textId="46AC1F90" w:rsidR="00877D4D" w:rsidRDefault="00000000" w:rsidP="00877D4D">
      <w:r>
        <w:t xml:space="preserve">This provides sample messaging to help organizations raise awareness around weight </w:t>
      </w:r>
      <w:r w:rsidR="00E40125">
        <w:t>bias</w:t>
      </w:r>
      <w:r>
        <w:t xml:space="preserve"> in the workplace. These messages are designed for use on platforms like LinkedIn, Facebook, and Instagram, and can be paired with fact sheets, </w:t>
      </w:r>
      <w:r w:rsidR="008C6CA9">
        <w:t xml:space="preserve">comprehensive </w:t>
      </w:r>
      <w:r>
        <w:t>imagery, or wellness campaign materials.</w:t>
      </w:r>
    </w:p>
    <w:p w14:paraId="7D8D951E" w14:textId="521FC874" w:rsidR="005C2A17" w:rsidRDefault="004231A7" w:rsidP="00877D4D">
      <w:r w:rsidRPr="00B97909">
        <w:rPr>
          <w:noProof/>
        </w:rPr>
        <w:drawing>
          <wp:anchor distT="0" distB="0" distL="0" distR="0" simplePos="0" relativeHeight="251661312" behindDoc="0" locked="0" layoutInCell="1" allowOverlap="1" wp14:anchorId="42AB985E" wp14:editId="04E3111F">
            <wp:simplePos x="0" y="0"/>
            <wp:positionH relativeFrom="page">
              <wp:posOffset>3019425</wp:posOffset>
            </wp:positionH>
            <wp:positionV relativeFrom="paragraph">
              <wp:posOffset>10160</wp:posOffset>
            </wp:positionV>
            <wp:extent cx="580389" cy="583691"/>
            <wp:effectExtent l="0" t="0" r="0" b="0"/>
            <wp:wrapNone/>
            <wp:docPr id="5" name="image4.png"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8" cstate="print"/>
                    <a:stretch>
                      <a:fillRect/>
                    </a:stretch>
                  </pic:blipFill>
                  <pic:spPr>
                    <a:xfrm>
                      <a:off x="0" y="0"/>
                      <a:ext cx="580389" cy="583691"/>
                    </a:xfrm>
                    <a:prstGeom prst="rect">
                      <a:avLst/>
                    </a:prstGeom>
                  </pic:spPr>
                </pic:pic>
              </a:graphicData>
            </a:graphic>
          </wp:anchor>
        </w:drawing>
      </w:r>
      <w:r w:rsidRPr="00B97909">
        <w:rPr>
          <w:rFonts w:ascii="Futura Lt BT" w:hAnsi="Futura Lt BT"/>
          <w:noProof/>
        </w:rPr>
        <mc:AlternateContent>
          <mc:Choice Requires="wpg">
            <w:drawing>
              <wp:anchor distT="0" distB="0" distL="114300" distR="114300" simplePos="0" relativeHeight="251659264" behindDoc="0" locked="0" layoutInCell="1" allowOverlap="1" wp14:anchorId="4E5FC367" wp14:editId="2191BAB4">
                <wp:simplePos x="0" y="0"/>
                <wp:positionH relativeFrom="page">
                  <wp:posOffset>2038350</wp:posOffset>
                </wp:positionH>
                <wp:positionV relativeFrom="paragraph">
                  <wp:posOffset>9525</wp:posOffset>
                </wp:positionV>
                <wp:extent cx="628650" cy="628650"/>
                <wp:effectExtent l="0" t="0" r="0" b="0"/>
                <wp:wrapNone/>
                <wp:docPr id="11"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0" cy="628650"/>
                          <a:chOff x="870" y="134"/>
                          <a:chExt cx="990" cy="990"/>
                        </a:xfrm>
                      </wpg:grpSpPr>
                      <wps:wsp>
                        <wps:cNvPr id="12" name="Freeform 12"/>
                        <wps:cNvSpPr>
                          <a:spLocks/>
                        </wps:cNvSpPr>
                        <wps:spPr bwMode="auto">
                          <a:xfrm>
                            <a:off x="870" y="133"/>
                            <a:ext cx="990" cy="990"/>
                          </a:xfrm>
                          <a:custGeom>
                            <a:avLst/>
                            <a:gdLst>
                              <a:gd name="T0" fmla="+- 0 923 870"/>
                              <a:gd name="T1" fmla="*/ T0 w 990"/>
                              <a:gd name="T2" fmla="+- 0 134 134"/>
                              <a:gd name="T3" fmla="*/ 134 h 990"/>
                              <a:gd name="T4" fmla="+- 0 901 870"/>
                              <a:gd name="T5" fmla="*/ T4 w 990"/>
                              <a:gd name="T6" fmla="+- 0 138 134"/>
                              <a:gd name="T7" fmla="*/ 138 h 990"/>
                              <a:gd name="T8" fmla="+- 0 885 870"/>
                              <a:gd name="T9" fmla="*/ T8 w 990"/>
                              <a:gd name="T10" fmla="+- 0 151 134"/>
                              <a:gd name="T11" fmla="*/ 151 h 990"/>
                              <a:gd name="T12" fmla="+- 0 872 870"/>
                              <a:gd name="T13" fmla="*/ T12 w 990"/>
                              <a:gd name="T14" fmla="+- 0 169 134"/>
                              <a:gd name="T15" fmla="*/ 169 h 990"/>
                              <a:gd name="T16" fmla="+- 0 870 870"/>
                              <a:gd name="T17" fmla="*/ T16 w 990"/>
                              <a:gd name="T18" fmla="+- 0 1070 134"/>
                              <a:gd name="T19" fmla="*/ 1070 h 990"/>
                              <a:gd name="T20" fmla="+- 0 873 870"/>
                              <a:gd name="T21" fmla="*/ T20 w 990"/>
                              <a:gd name="T22" fmla="+- 0 1092 134"/>
                              <a:gd name="T23" fmla="*/ 1092 h 990"/>
                              <a:gd name="T24" fmla="+- 0 886 870"/>
                              <a:gd name="T25" fmla="*/ T24 w 990"/>
                              <a:gd name="T26" fmla="+- 0 1109 134"/>
                              <a:gd name="T27" fmla="*/ 1109 h 990"/>
                              <a:gd name="T28" fmla="+- 0 905 870"/>
                              <a:gd name="T29" fmla="*/ T28 w 990"/>
                              <a:gd name="T30" fmla="+- 0 1121 134"/>
                              <a:gd name="T31" fmla="*/ 1121 h 990"/>
                              <a:gd name="T32" fmla="+- 0 1806 870"/>
                              <a:gd name="T33" fmla="*/ T32 w 990"/>
                              <a:gd name="T34" fmla="+- 0 1124 134"/>
                              <a:gd name="T35" fmla="*/ 1124 h 990"/>
                              <a:gd name="T36" fmla="+- 0 1828 870"/>
                              <a:gd name="T37" fmla="*/ T36 w 990"/>
                              <a:gd name="T38" fmla="+- 0 1120 134"/>
                              <a:gd name="T39" fmla="*/ 1120 h 990"/>
                              <a:gd name="T40" fmla="+- 0 1845 870"/>
                              <a:gd name="T41" fmla="*/ T40 w 990"/>
                              <a:gd name="T42" fmla="+- 0 1107 134"/>
                              <a:gd name="T43" fmla="*/ 1107 h 990"/>
                              <a:gd name="T44" fmla="+- 0 1856 870"/>
                              <a:gd name="T45" fmla="*/ T44 w 990"/>
                              <a:gd name="T46" fmla="+- 0 1089 134"/>
                              <a:gd name="T47" fmla="*/ 1089 h 990"/>
                              <a:gd name="T48" fmla="+- 0 1860 870"/>
                              <a:gd name="T49" fmla="*/ T48 w 990"/>
                              <a:gd name="T50" fmla="+- 0 188 134"/>
                              <a:gd name="T51" fmla="*/ 188 h 990"/>
                              <a:gd name="T52" fmla="+- 0 1856 870"/>
                              <a:gd name="T53" fmla="*/ T52 w 990"/>
                              <a:gd name="T54" fmla="+- 0 166 134"/>
                              <a:gd name="T55" fmla="*/ 166 h 990"/>
                              <a:gd name="T56" fmla="+- 0 1843 870"/>
                              <a:gd name="T57" fmla="*/ T56 w 990"/>
                              <a:gd name="T58" fmla="+- 0 149 134"/>
                              <a:gd name="T59" fmla="*/ 149 h 990"/>
                              <a:gd name="T60" fmla="+- 0 1825 870"/>
                              <a:gd name="T61" fmla="*/ T60 w 990"/>
                              <a:gd name="T62" fmla="+- 0 136 134"/>
                              <a:gd name="T63" fmla="*/ 136 h 990"/>
                              <a:gd name="T64" fmla="+- 0 923 870"/>
                              <a:gd name="T65" fmla="*/ T64 w 990"/>
                              <a:gd name="T66" fmla="+- 0 134 134"/>
                              <a:gd name="T67" fmla="*/ 134 h 9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90" h="990">
                                <a:moveTo>
                                  <a:pt x="53" y="0"/>
                                </a:moveTo>
                                <a:lnTo>
                                  <a:pt x="31" y="4"/>
                                </a:lnTo>
                                <a:lnTo>
                                  <a:pt x="15" y="17"/>
                                </a:lnTo>
                                <a:lnTo>
                                  <a:pt x="2" y="35"/>
                                </a:lnTo>
                                <a:lnTo>
                                  <a:pt x="0" y="936"/>
                                </a:lnTo>
                                <a:lnTo>
                                  <a:pt x="3" y="958"/>
                                </a:lnTo>
                                <a:lnTo>
                                  <a:pt x="16" y="975"/>
                                </a:lnTo>
                                <a:lnTo>
                                  <a:pt x="35" y="987"/>
                                </a:lnTo>
                                <a:lnTo>
                                  <a:pt x="936" y="990"/>
                                </a:lnTo>
                                <a:lnTo>
                                  <a:pt x="958" y="986"/>
                                </a:lnTo>
                                <a:lnTo>
                                  <a:pt x="975" y="973"/>
                                </a:lnTo>
                                <a:lnTo>
                                  <a:pt x="986" y="955"/>
                                </a:lnTo>
                                <a:lnTo>
                                  <a:pt x="990" y="54"/>
                                </a:lnTo>
                                <a:lnTo>
                                  <a:pt x="986" y="32"/>
                                </a:lnTo>
                                <a:lnTo>
                                  <a:pt x="973" y="15"/>
                                </a:lnTo>
                                <a:lnTo>
                                  <a:pt x="955" y="2"/>
                                </a:lnTo>
                                <a:lnTo>
                                  <a:pt x="53" y="0"/>
                                </a:lnTo>
                                <a:close/>
                              </a:path>
                            </a:pathLst>
                          </a:custGeom>
                          <a:solidFill>
                            <a:srgbClr val="3B5A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1"/>
                        <wps:cNvSpPr>
                          <a:spLocks/>
                        </wps:cNvSpPr>
                        <wps:spPr bwMode="auto">
                          <a:xfrm>
                            <a:off x="1270" y="590"/>
                            <a:ext cx="430" cy="533"/>
                          </a:xfrm>
                          <a:custGeom>
                            <a:avLst/>
                            <a:gdLst>
                              <a:gd name="T0" fmla="+- 0 1700 1270"/>
                              <a:gd name="T1" fmla="*/ T0 w 430"/>
                              <a:gd name="T2" fmla="+- 0 591 591"/>
                              <a:gd name="T3" fmla="*/ 591 h 533"/>
                              <a:gd name="T4" fmla="+- 0 1270 1270"/>
                              <a:gd name="T5" fmla="*/ T4 w 430"/>
                              <a:gd name="T6" fmla="+- 0 591 591"/>
                              <a:gd name="T7" fmla="*/ 591 h 533"/>
                              <a:gd name="T8" fmla="+- 0 1270 1270"/>
                              <a:gd name="T9" fmla="*/ T8 w 430"/>
                              <a:gd name="T10" fmla="+- 0 741 591"/>
                              <a:gd name="T11" fmla="*/ 741 h 533"/>
                              <a:gd name="T12" fmla="+- 0 1398 1270"/>
                              <a:gd name="T13" fmla="*/ T12 w 430"/>
                              <a:gd name="T14" fmla="+- 0 741 591"/>
                              <a:gd name="T15" fmla="*/ 741 h 533"/>
                              <a:gd name="T16" fmla="+- 0 1398 1270"/>
                              <a:gd name="T17" fmla="*/ T16 w 430"/>
                              <a:gd name="T18" fmla="+- 0 1124 591"/>
                              <a:gd name="T19" fmla="*/ 1124 h 533"/>
                              <a:gd name="T20" fmla="+- 0 1553 1270"/>
                              <a:gd name="T21" fmla="*/ T20 w 430"/>
                              <a:gd name="T22" fmla="+- 0 1124 591"/>
                              <a:gd name="T23" fmla="*/ 1124 h 533"/>
                              <a:gd name="T24" fmla="+- 0 1553 1270"/>
                              <a:gd name="T25" fmla="*/ T24 w 430"/>
                              <a:gd name="T26" fmla="+- 0 741 591"/>
                              <a:gd name="T27" fmla="*/ 741 h 533"/>
                              <a:gd name="T28" fmla="+- 0 1681 1270"/>
                              <a:gd name="T29" fmla="*/ T28 w 430"/>
                              <a:gd name="T30" fmla="+- 0 741 591"/>
                              <a:gd name="T31" fmla="*/ 741 h 533"/>
                              <a:gd name="T32" fmla="+- 0 1700 1270"/>
                              <a:gd name="T33" fmla="*/ T32 w 430"/>
                              <a:gd name="T34" fmla="+- 0 591 591"/>
                              <a:gd name="T35" fmla="*/ 591 h 5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430" h="533">
                                <a:moveTo>
                                  <a:pt x="430" y="0"/>
                                </a:moveTo>
                                <a:lnTo>
                                  <a:pt x="0" y="0"/>
                                </a:lnTo>
                                <a:lnTo>
                                  <a:pt x="0" y="150"/>
                                </a:lnTo>
                                <a:lnTo>
                                  <a:pt x="128" y="150"/>
                                </a:lnTo>
                                <a:lnTo>
                                  <a:pt x="128" y="533"/>
                                </a:lnTo>
                                <a:lnTo>
                                  <a:pt x="283" y="533"/>
                                </a:lnTo>
                                <a:lnTo>
                                  <a:pt x="283" y="150"/>
                                </a:lnTo>
                                <a:lnTo>
                                  <a:pt x="411" y="150"/>
                                </a:lnTo>
                                <a:lnTo>
                                  <a:pt x="430" y="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5"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398" y="283"/>
                            <a:ext cx="307" cy="30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47785847" id="Group 9" o:spid="_x0000_s1026" style="position:absolute;margin-left:160.5pt;margin-top:.75pt;width:49.5pt;height:49.5pt;z-index:251659264;mso-position-horizontal-relative:page" coordorigin="870,134" coordsize="990,9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">
                <v:shape id="Freeform 12" o:spid="_x0000_s1027" style="position:absolute;left:870;top:133;width:990;height:990;visibility:visible;mso-wrap-style:square;v-text-anchor:top" coordsize="990,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" path="m53,l31,4,15,17,2,35,,936r3,22l16,975r19,12l936,990r22,-4l975,973r11,-18l990,54,986,32,973,15,955,2,53,xe" fillcolor="#3b5a96" stroked="f">
                  <v:path arrowok="t" o:connecttype="custom" o:connectlocs="53,134;31,138;15,151;2,169;0,1070;3,1092;16,1109;35,1121;936,1124;958,1120;975,1107;986,1089;990,188;986,166;973,149;955,136;53,134" o:connectangles="0,0,0,0,0,0,0,0,0,0,0,0,0,0,0,0,0"/>
                </v:shape>
                <v:shape id="Freeform 11" o:spid="_x0000_s1028" style="position:absolute;left:1270;top:590;width:430;height:533;visibility:visible;mso-wrap-style:square;v-text-anchor:top" coordsize="430,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" path="m430,l,,,150r128,l128,533r155,l283,150r128,l430,e" stroked="f">
                  <v:path arrowok="t" o:connecttype="custom" o:connectlocs="430,591;0,591;0,741;128,741;128,1124;283,1124;283,741;411,741;430,591" o:connectangles="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9" type="#_x0000_t75" style="position:absolute;left:1398;top:283;width:307;height: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">
                  <v:imagedata r:id="rId14" o:title=""/>
                </v:shape>
                <w10:wrap anchorx="page"/>
              </v:group>
            </w:pict>
          </mc:Fallback>
        </mc:AlternateContent>
      </w:r>
      <w:r w:rsidRPr="00B97909">
        <w:rPr>
          <w:rFonts w:ascii="Futura Lt BT" w:hAnsi="Futura Lt BT"/>
          <w:noProof/>
        </w:rPr>
        <mc:AlternateContent>
          <mc:Choice Requires="wps">
            <w:drawing>
              <wp:anchor distT="0" distB="0" distL="114300" distR="114300" simplePos="0" relativeHeight="251663360" behindDoc="0" locked="0" layoutInCell="1" allowOverlap="1" wp14:anchorId="1A74DC17" wp14:editId="36A4E6DD">
                <wp:simplePos x="0" y="0"/>
                <wp:positionH relativeFrom="page">
                  <wp:posOffset>3943350</wp:posOffset>
                </wp:positionH>
                <wp:positionV relativeFrom="paragraph">
                  <wp:posOffset>46990</wp:posOffset>
                </wp:positionV>
                <wp:extent cx="704215" cy="581025"/>
                <wp:effectExtent l="0" t="0" r="635" b="9525"/>
                <wp:wrapNone/>
                <wp:docPr id="10"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4215" cy="581025"/>
                        </a:xfrm>
                        <a:custGeom>
                          <a:avLst/>
                          <a:gdLst>
                            <a:gd name="T0" fmla="+- 0 931 901"/>
                            <a:gd name="T1" fmla="*/ T0 w 974"/>
                            <a:gd name="T2" fmla="+- 0 923 183"/>
                            <a:gd name="T3" fmla="*/ 923 h 810"/>
                            <a:gd name="T4" fmla="+- 0 982 901"/>
                            <a:gd name="T5" fmla="*/ T4 w 974"/>
                            <a:gd name="T6" fmla="+- 0 950 183"/>
                            <a:gd name="T7" fmla="*/ 950 h 810"/>
                            <a:gd name="T8" fmla="+- 0 1038 901"/>
                            <a:gd name="T9" fmla="*/ T8 w 974"/>
                            <a:gd name="T10" fmla="+- 0 970 183"/>
                            <a:gd name="T11" fmla="*/ 970 h 810"/>
                            <a:gd name="T12" fmla="+- 0 1121 901"/>
                            <a:gd name="T13" fmla="*/ T12 w 974"/>
                            <a:gd name="T14" fmla="+- 0 988 183"/>
                            <a:gd name="T15" fmla="*/ 988 h 810"/>
                            <a:gd name="T16" fmla="+- 0 1242 901"/>
                            <a:gd name="T17" fmla="*/ T16 w 974"/>
                            <a:gd name="T18" fmla="+- 0 990 183"/>
                            <a:gd name="T19" fmla="*/ 990 h 810"/>
                            <a:gd name="T20" fmla="+- 0 1395 901"/>
                            <a:gd name="T21" fmla="*/ T20 w 974"/>
                            <a:gd name="T22" fmla="+- 0 958 183"/>
                            <a:gd name="T23" fmla="*/ 958 h 810"/>
                            <a:gd name="T24" fmla="+- 0 1506 901"/>
                            <a:gd name="T25" fmla="*/ T24 w 974"/>
                            <a:gd name="T26" fmla="+- 0 903 183"/>
                            <a:gd name="T27" fmla="*/ 903 h 810"/>
                            <a:gd name="T28" fmla="+- 0 995 901"/>
                            <a:gd name="T29" fmla="*/ T28 w 974"/>
                            <a:gd name="T30" fmla="+- 0 674 183"/>
                            <a:gd name="T31" fmla="*/ 674 h 810"/>
                            <a:gd name="T32" fmla="+- 0 1024 901"/>
                            <a:gd name="T33" fmla="*/ T32 w 974"/>
                            <a:gd name="T34" fmla="+- 0 731 183"/>
                            <a:gd name="T35" fmla="*/ 731 h 810"/>
                            <a:gd name="T36" fmla="+- 0 1068 901"/>
                            <a:gd name="T37" fmla="*/ T36 w 974"/>
                            <a:gd name="T38" fmla="+- 0 776 183"/>
                            <a:gd name="T39" fmla="*/ 776 h 810"/>
                            <a:gd name="T40" fmla="+- 0 1124 901"/>
                            <a:gd name="T41" fmla="*/ T40 w 974"/>
                            <a:gd name="T42" fmla="+- 0 805 183"/>
                            <a:gd name="T43" fmla="*/ 805 h 810"/>
                            <a:gd name="T44" fmla="+- 0 1153 901"/>
                            <a:gd name="T45" fmla="*/ T44 w 974"/>
                            <a:gd name="T46" fmla="+- 0 828 183"/>
                            <a:gd name="T47" fmla="*/ 828 h 810"/>
                            <a:gd name="T48" fmla="+- 0 1107 901"/>
                            <a:gd name="T49" fmla="*/ T48 w 974"/>
                            <a:gd name="T50" fmla="+- 0 861 183"/>
                            <a:gd name="T51" fmla="*/ 861 h 810"/>
                            <a:gd name="T52" fmla="+- 0 1051 901"/>
                            <a:gd name="T53" fmla="*/ T52 w 974"/>
                            <a:gd name="T54" fmla="+- 0 885 183"/>
                            <a:gd name="T55" fmla="*/ 885 h 810"/>
                            <a:gd name="T56" fmla="+- 0 988 901"/>
                            <a:gd name="T57" fmla="*/ T56 w 974"/>
                            <a:gd name="T58" fmla="+- 0 900 183"/>
                            <a:gd name="T59" fmla="*/ 900 h 810"/>
                            <a:gd name="T60" fmla="+- 0 1506 901"/>
                            <a:gd name="T61" fmla="*/ T60 w 974"/>
                            <a:gd name="T62" fmla="+- 0 903 183"/>
                            <a:gd name="T63" fmla="*/ 903 h 810"/>
                            <a:gd name="T64" fmla="+- 0 1593 901"/>
                            <a:gd name="T65" fmla="*/ T64 w 974"/>
                            <a:gd name="T66" fmla="+- 0 835 183"/>
                            <a:gd name="T67" fmla="*/ 835 h 810"/>
                            <a:gd name="T68" fmla="+- 0 1678 901"/>
                            <a:gd name="T69" fmla="*/ T68 w 974"/>
                            <a:gd name="T70" fmla="+- 0 732 183"/>
                            <a:gd name="T71" fmla="*/ 732 h 810"/>
                            <a:gd name="T72" fmla="+- 0 1020 901"/>
                            <a:gd name="T73" fmla="*/ T72 w 974"/>
                            <a:gd name="T74" fmla="+- 0 677 183"/>
                            <a:gd name="T75" fmla="*/ 677 h 810"/>
                            <a:gd name="T76" fmla="+- 0 924 901"/>
                            <a:gd name="T77" fmla="*/ T76 w 974"/>
                            <a:gd name="T78" fmla="+- 0 468 183"/>
                            <a:gd name="T79" fmla="*/ 468 h 810"/>
                            <a:gd name="T80" fmla="+- 0 929 901"/>
                            <a:gd name="T81" fmla="*/ T80 w 974"/>
                            <a:gd name="T82" fmla="+- 0 514 183"/>
                            <a:gd name="T83" fmla="*/ 514 h 810"/>
                            <a:gd name="T84" fmla="+- 0 953 901"/>
                            <a:gd name="T85" fmla="*/ T84 w 974"/>
                            <a:gd name="T86" fmla="+- 0 575 183"/>
                            <a:gd name="T87" fmla="*/ 575 h 810"/>
                            <a:gd name="T88" fmla="+- 0 993 901"/>
                            <a:gd name="T89" fmla="*/ T88 w 974"/>
                            <a:gd name="T90" fmla="+- 0 624 183"/>
                            <a:gd name="T91" fmla="*/ 624 h 810"/>
                            <a:gd name="T92" fmla="+- 0 1047 901"/>
                            <a:gd name="T93" fmla="*/ T92 w 974"/>
                            <a:gd name="T94" fmla="+- 0 658 183"/>
                            <a:gd name="T95" fmla="*/ 658 h 810"/>
                            <a:gd name="T96" fmla="+- 0 1035 901"/>
                            <a:gd name="T97" fmla="*/ T96 w 974"/>
                            <a:gd name="T98" fmla="+- 0 677 183"/>
                            <a:gd name="T99" fmla="*/ 677 h 810"/>
                            <a:gd name="T100" fmla="+- 0 1736 901"/>
                            <a:gd name="T101" fmla="*/ T100 w 974"/>
                            <a:gd name="T102" fmla="+- 0 615 183"/>
                            <a:gd name="T103" fmla="*/ 615 h 810"/>
                            <a:gd name="T104" fmla="+- 0 1768 901"/>
                            <a:gd name="T105" fmla="*/ T104 w 974"/>
                            <a:gd name="T106" fmla="+- 0 492 183"/>
                            <a:gd name="T107" fmla="*/ 492 h 810"/>
                            <a:gd name="T108" fmla="+- 0 968 901"/>
                            <a:gd name="T109" fmla="*/ T108 w 974"/>
                            <a:gd name="T110" fmla="+- 0 484 183"/>
                            <a:gd name="T111" fmla="*/ 484 h 810"/>
                            <a:gd name="T112" fmla="+- 0 924 901"/>
                            <a:gd name="T113" fmla="*/ T112 w 974"/>
                            <a:gd name="T114" fmla="+- 0 468 183"/>
                            <a:gd name="T115" fmla="*/ 468 h 810"/>
                            <a:gd name="T116" fmla="+- 0 937 901"/>
                            <a:gd name="T117" fmla="*/ T116 w 974"/>
                            <a:gd name="T118" fmla="+- 0 255 183"/>
                            <a:gd name="T119" fmla="*/ 255 h 810"/>
                            <a:gd name="T120" fmla="+- 0 926 901"/>
                            <a:gd name="T121" fmla="*/ T120 w 974"/>
                            <a:gd name="T122" fmla="+- 0 315 183"/>
                            <a:gd name="T123" fmla="*/ 315 h 810"/>
                            <a:gd name="T124" fmla="+- 0 935 901"/>
                            <a:gd name="T125" fmla="*/ T124 w 974"/>
                            <a:gd name="T126" fmla="+- 0 381 183"/>
                            <a:gd name="T127" fmla="*/ 381 h 810"/>
                            <a:gd name="T128" fmla="+- 0 961 901"/>
                            <a:gd name="T129" fmla="*/ T128 w 974"/>
                            <a:gd name="T130" fmla="+- 0 437 183"/>
                            <a:gd name="T131" fmla="*/ 437 h 810"/>
                            <a:gd name="T132" fmla="+- 0 1001 901"/>
                            <a:gd name="T133" fmla="*/ T132 w 974"/>
                            <a:gd name="T134" fmla="+- 0 481 183"/>
                            <a:gd name="T135" fmla="*/ 481 h 810"/>
                            <a:gd name="T136" fmla="+- 0 1772 901"/>
                            <a:gd name="T137" fmla="*/ T136 w 974"/>
                            <a:gd name="T138" fmla="+- 0 451 183"/>
                            <a:gd name="T139" fmla="*/ 451 h 810"/>
                            <a:gd name="T140" fmla="+- 0 1346 901"/>
                            <a:gd name="T141" fmla="*/ T140 w 974"/>
                            <a:gd name="T142" fmla="+- 0 426 183"/>
                            <a:gd name="T143" fmla="*/ 426 h 810"/>
                            <a:gd name="T144" fmla="+- 0 1249 901"/>
                            <a:gd name="T145" fmla="*/ T144 w 974"/>
                            <a:gd name="T146" fmla="+- 0 411 183"/>
                            <a:gd name="T147" fmla="*/ 411 h 810"/>
                            <a:gd name="T148" fmla="+- 0 1181 901"/>
                            <a:gd name="T149" fmla="*/ T148 w 974"/>
                            <a:gd name="T150" fmla="+- 0 389 183"/>
                            <a:gd name="T151" fmla="*/ 389 h 810"/>
                            <a:gd name="T152" fmla="+- 0 1096 901"/>
                            <a:gd name="T153" fmla="*/ T152 w 974"/>
                            <a:gd name="T154" fmla="+- 0 345 183"/>
                            <a:gd name="T155" fmla="*/ 345 h 810"/>
                            <a:gd name="T156" fmla="+- 0 1038 901"/>
                            <a:gd name="T157" fmla="*/ T156 w 974"/>
                            <a:gd name="T158" fmla="+- 0 304 183"/>
                            <a:gd name="T159" fmla="*/ 304 h 810"/>
                            <a:gd name="T160" fmla="+- 0 985 901"/>
                            <a:gd name="T161" fmla="*/ T160 w 974"/>
                            <a:gd name="T162" fmla="+- 0 255 183"/>
                            <a:gd name="T163" fmla="*/ 255 h 810"/>
                            <a:gd name="T164" fmla="+- 0 1586 901"/>
                            <a:gd name="T165" fmla="*/ T164 w 974"/>
                            <a:gd name="T166" fmla="+- 0 183 183"/>
                            <a:gd name="T167" fmla="*/ 183 h 810"/>
                            <a:gd name="T168" fmla="+- 0 1514 901"/>
                            <a:gd name="T169" fmla="*/ T168 w 974"/>
                            <a:gd name="T170" fmla="+- 0 193 183"/>
                            <a:gd name="T171" fmla="*/ 193 h 810"/>
                            <a:gd name="T172" fmla="+- 0 1453 901"/>
                            <a:gd name="T173" fmla="*/ T172 w 974"/>
                            <a:gd name="T174" fmla="+- 0 222 183"/>
                            <a:gd name="T175" fmla="*/ 222 h 810"/>
                            <a:gd name="T176" fmla="+- 0 1407 901"/>
                            <a:gd name="T177" fmla="*/ T176 w 974"/>
                            <a:gd name="T178" fmla="+- 0 266 183"/>
                            <a:gd name="T179" fmla="*/ 266 h 810"/>
                            <a:gd name="T180" fmla="+- 0 1378 901"/>
                            <a:gd name="T181" fmla="*/ T180 w 974"/>
                            <a:gd name="T182" fmla="+- 0 322 183"/>
                            <a:gd name="T183" fmla="*/ 322 h 810"/>
                            <a:gd name="T184" fmla="+- 0 1368 901"/>
                            <a:gd name="T185" fmla="*/ T184 w 974"/>
                            <a:gd name="T186" fmla="+- 0 393 183"/>
                            <a:gd name="T187" fmla="*/ 393 h 810"/>
                            <a:gd name="T188" fmla="+- 0 1773 901"/>
                            <a:gd name="T189" fmla="*/ T188 w 974"/>
                            <a:gd name="T190" fmla="+- 0 427 183"/>
                            <a:gd name="T191" fmla="*/ 427 h 810"/>
                            <a:gd name="T192" fmla="+- 0 1805 901"/>
                            <a:gd name="T193" fmla="*/ T192 w 974"/>
                            <a:gd name="T194" fmla="+- 0 359 183"/>
                            <a:gd name="T195" fmla="*/ 359 h 810"/>
                            <a:gd name="T196" fmla="+- 0 1847 901"/>
                            <a:gd name="T197" fmla="*/ T196 w 974"/>
                            <a:gd name="T198" fmla="+- 0 315 183"/>
                            <a:gd name="T199" fmla="*/ 315 h 810"/>
                            <a:gd name="T200" fmla="+- 0 1776 901"/>
                            <a:gd name="T201" fmla="*/ T200 w 974"/>
                            <a:gd name="T202" fmla="+- 0 299 183"/>
                            <a:gd name="T203" fmla="*/ 299 h 810"/>
                            <a:gd name="T204" fmla="+- 0 1818 901"/>
                            <a:gd name="T205" fmla="*/ T204 w 974"/>
                            <a:gd name="T206" fmla="+- 0 255 183"/>
                            <a:gd name="T207" fmla="*/ 255 h 810"/>
                            <a:gd name="T208" fmla="+- 0 1717 901"/>
                            <a:gd name="T209" fmla="*/ T208 w 974"/>
                            <a:gd name="T210" fmla="+- 0 231 183"/>
                            <a:gd name="T211" fmla="*/ 231 h 810"/>
                            <a:gd name="T212" fmla="+- 0 1662 901"/>
                            <a:gd name="T213" fmla="*/ T212 w 974"/>
                            <a:gd name="T214" fmla="+- 0 202 183"/>
                            <a:gd name="T215" fmla="*/ 202 h 810"/>
                            <a:gd name="T216" fmla="+- 0 1605 901"/>
                            <a:gd name="T217" fmla="*/ T216 w 974"/>
                            <a:gd name="T218" fmla="+- 0 185 183"/>
                            <a:gd name="T219" fmla="*/ 185 h 810"/>
                            <a:gd name="T220" fmla="+- 0 1857 901"/>
                            <a:gd name="T221" fmla="*/ T220 w 974"/>
                            <a:gd name="T222" fmla="+- 0 285 183"/>
                            <a:gd name="T223" fmla="*/ 285 h 810"/>
                            <a:gd name="T224" fmla="+- 0 1800 901"/>
                            <a:gd name="T225" fmla="*/ T224 w 974"/>
                            <a:gd name="T226" fmla="+- 0 303 183"/>
                            <a:gd name="T227" fmla="*/ 303 h 810"/>
                            <a:gd name="T228" fmla="+- 0 1851 901"/>
                            <a:gd name="T229" fmla="*/ T228 w 974"/>
                            <a:gd name="T230" fmla="+- 0 310 183"/>
                            <a:gd name="T231" fmla="*/ 310 h 810"/>
                            <a:gd name="T232" fmla="+- 0 1875 901"/>
                            <a:gd name="T233" fmla="*/ T232 w 974"/>
                            <a:gd name="T234" fmla="+- 0 278 183"/>
                            <a:gd name="T235" fmla="*/ 278 h 810"/>
                            <a:gd name="T236" fmla="+- 0 1812 901"/>
                            <a:gd name="T237" fmla="*/ T236 w 974"/>
                            <a:gd name="T238" fmla="+- 0 217 183"/>
                            <a:gd name="T239" fmla="*/ 217 h 810"/>
                            <a:gd name="T240" fmla="+- 0 1755 901"/>
                            <a:gd name="T241" fmla="*/ T240 w 974"/>
                            <a:gd name="T242" fmla="+- 0 238 183"/>
                            <a:gd name="T243" fmla="*/ 238 h 810"/>
                            <a:gd name="T244" fmla="+- 0 1829 901"/>
                            <a:gd name="T245" fmla="*/ T244 w 974"/>
                            <a:gd name="T246" fmla="+- 0 238 183"/>
                            <a:gd name="T247" fmla="*/ 238 h 8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974" h="810">
                              <a:moveTo>
                                <a:pt x="0" y="719"/>
                              </a:moveTo>
                              <a:lnTo>
                                <a:pt x="14" y="730"/>
                              </a:lnTo>
                              <a:lnTo>
                                <a:pt x="30" y="740"/>
                              </a:lnTo>
                              <a:lnTo>
                                <a:pt x="46" y="749"/>
                              </a:lnTo>
                              <a:lnTo>
                                <a:pt x="63" y="758"/>
                              </a:lnTo>
                              <a:lnTo>
                                <a:pt x="81" y="767"/>
                              </a:lnTo>
                              <a:lnTo>
                                <a:pt x="99" y="774"/>
                              </a:lnTo>
                              <a:lnTo>
                                <a:pt x="118" y="781"/>
                              </a:lnTo>
                              <a:lnTo>
                                <a:pt x="137" y="787"/>
                              </a:lnTo>
                              <a:lnTo>
                                <a:pt x="157" y="793"/>
                              </a:lnTo>
                              <a:lnTo>
                                <a:pt x="198" y="801"/>
                              </a:lnTo>
                              <a:lnTo>
                                <a:pt x="220" y="805"/>
                              </a:lnTo>
                              <a:lnTo>
                                <a:pt x="263" y="809"/>
                              </a:lnTo>
                              <a:lnTo>
                                <a:pt x="285" y="810"/>
                              </a:lnTo>
                              <a:lnTo>
                                <a:pt x="341" y="807"/>
                              </a:lnTo>
                              <a:lnTo>
                                <a:pt x="395" y="801"/>
                              </a:lnTo>
                              <a:lnTo>
                                <a:pt x="445" y="790"/>
                              </a:lnTo>
                              <a:lnTo>
                                <a:pt x="494" y="775"/>
                              </a:lnTo>
                              <a:lnTo>
                                <a:pt x="539" y="757"/>
                              </a:lnTo>
                              <a:lnTo>
                                <a:pt x="581" y="735"/>
                              </a:lnTo>
                              <a:lnTo>
                                <a:pt x="605" y="720"/>
                              </a:lnTo>
                              <a:lnTo>
                                <a:pt x="19" y="720"/>
                              </a:lnTo>
                              <a:lnTo>
                                <a:pt x="0" y="719"/>
                              </a:lnTo>
                              <a:close/>
                              <a:moveTo>
                                <a:pt x="94" y="491"/>
                              </a:moveTo>
                              <a:lnTo>
                                <a:pt x="102" y="511"/>
                              </a:lnTo>
                              <a:lnTo>
                                <a:pt x="111" y="530"/>
                              </a:lnTo>
                              <a:lnTo>
                                <a:pt x="123" y="548"/>
                              </a:lnTo>
                              <a:lnTo>
                                <a:pt x="136" y="564"/>
                              </a:lnTo>
                              <a:lnTo>
                                <a:pt x="151" y="579"/>
                              </a:lnTo>
                              <a:lnTo>
                                <a:pt x="167" y="593"/>
                              </a:lnTo>
                              <a:lnTo>
                                <a:pt x="184" y="604"/>
                              </a:lnTo>
                              <a:lnTo>
                                <a:pt x="203" y="614"/>
                              </a:lnTo>
                              <a:lnTo>
                                <a:pt x="223" y="622"/>
                              </a:lnTo>
                              <a:lnTo>
                                <a:pt x="244" y="628"/>
                              </a:lnTo>
                              <a:lnTo>
                                <a:pt x="265" y="632"/>
                              </a:lnTo>
                              <a:lnTo>
                                <a:pt x="252" y="645"/>
                              </a:lnTo>
                              <a:lnTo>
                                <a:pt x="238" y="657"/>
                              </a:lnTo>
                              <a:lnTo>
                                <a:pt x="223" y="668"/>
                              </a:lnTo>
                              <a:lnTo>
                                <a:pt x="206" y="678"/>
                              </a:lnTo>
                              <a:lnTo>
                                <a:pt x="188" y="687"/>
                              </a:lnTo>
                              <a:lnTo>
                                <a:pt x="170" y="695"/>
                              </a:lnTo>
                              <a:lnTo>
                                <a:pt x="150" y="702"/>
                              </a:lnTo>
                              <a:lnTo>
                                <a:pt x="130" y="708"/>
                              </a:lnTo>
                              <a:lnTo>
                                <a:pt x="109" y="713"/>
                              </a:lnTo>
                              <a:lnTo>
                                <a:pt x="87" y="717"/>
                              </a:lnTo>
                              <a:lnTo>
                                <a:pt x="65" y="719"/>
                              </a:lnTo>
                              <a:lnTo>
                                <a:pt x="43" y="720"/>
                              </a:lnTo>
                              <a:lnTo>
                                <a:pt x="605" y="720"/>
                              </a:lnTo>
                              <a:lnTo>
                                <a:pt x="621" y="710"/>
                              </a:lnTo>
                              <a:lnTo>
                                <a:pt x="658" y="682"/>
                              </a:lnTo>
                              <a:lnTo>
                                <a:pt x="692" y="652"/>
                              </a:lnTo>
                              <a:lnTo>
                                <a:pt x="723" y="620"/>
                              </a:lnTo>
                              <a:lnTo>
                                <a:pt x="751" y="585"/>
                              </a:lnTo>
                              <a:lnTo>
                                <a:pt x="777" y="549"/>
                              </a:lnTo>
                              <a:lnTo>
                                <a:pt x="799" y="511"/>
                              </a:lnTo>
                              <a:lnTo>
                                <a:pt x="807" y="494"/>
                              </a:lnTo>
                              <a:lnTo>
                                <a:pt x="119" y="494"/>
                              </a:lnTo>
                              <a:lnTo>
                                <a:pt x="107" y="493"/>
                              </a:lnTo>
                              <a:lnTo>
                                <a:pt x="94" y="491"/>
                              </a:lnTo>
                              <a:close/>
                              <a:moveTo>
                                <a:pt x="23" y="285"/>
                              </a:moveTo>
                              <a:lnTo>
                                <a:pt x="23" y="287"/>
                              </a:lnTo>
                              <a:lnTo>
                                <a:pt x="24" y="309"/>
                              </a:lnTo>
                              <a:lnTo>
                                <a:pt x="28" y="331"/>
                              </a:lnTo>
                              <a:lnTo>
                                <a:pt x="34" y="352"/>
                              </a:lnTo>
                              <a:lnTo>
                                <a:pt x="42" y="373"/>
                              </a:lnTo>
                              <a:lnTo>
                                <a:pt x="52" y="392"/>
                              </a:lnTo>
                              <a:lnTo>
                                <a:pt x="64" y="409"/>
                              </a:lnTo>
                              <a:lnTo>
                                <a:pt x="77" y="426"/>
                              </a:lnTo>
                              <a:lnTo>
                                <a:pt x="92" y="441"/>
                              </a:lnTo>
                              <a:lnTo>
                                <a:pt x="109" y="454"/>
                              </a:lnTo>
                              <a:lnTo>
                                <a:pt x="127" y="465"/>
                              </a:lnTo>
                              <a:lnTo>
                                <a:pt x="146" y="475"/>
                              </a:lnTo>
                              <a:lnTo>
                                <a:pt x="167" y="482"/>
                              </a:lnTo>
                              <a:lnTo>
                                <a:pt x="158" y="492"/>
                              </a:lnTo>
                              <a:lnTo>
                                <a:pt x="134" y="494"/>
                              </a:lnTo>
                              <a:lnTo>
                                <a:pt x="807" y="494"/>
                              </a:lnTo>
                              <a:lnTo>
                                <a:pt x="819" y="472"/>
                              </a:lnTo>
                              <a:lnTo>
                                <a:pt x="835" y="432"/>
                              </a:lnTo>
                              <a:lnTo>
                                <a:pt x="849" y="392"/>
                              </a:lnTo>
                              <a:lnTo>
                                <a:pt x="859" y="351"/>
                              </a:lnTo>
                              <a:lnTo>
                                <a:pt x="867" y="309"/>
                              </a:lnTo>
                              <a:lnTo>
                                <a:pt x="868" y="303"/>
                              </a:lnTo>
                              <a:lnTo>
                                <a:pt x="85" y="303"/>
                              </a:lnTo>
                              <a:lnTo>
                                <a:pt x="67" y="301"/>
                              </a:lnTo>
                              <a:lnTo>
                                <a:pt x="47" y="296"/>
                              </a:lnTo>
                              <a:lnTo>
                                <a:pt x="27" y="286"/>
                              </a:lnTo>
                              <a:lnTo>
                                <a:pt x="23" y="285"/>
                              </a:lnTo>
                              <a:close/>
                              <a:moveTo>
                                <a:pt x="53" y="36"/>
                              </a:moveTo>
                              <a:lnTo>
                                <a:pt x="43" y="54"/>
                              </a:lnTo>
                              <a:lnTo>
                                <a:pt x="36" y="72"/>
                              </a:lnTo>
                              <a:lnTo>
                                <a:pt x="30" y="92"/>
                              </a:lnTo>
                              <a:lnTo>
                                <a:pt x="27" y="112"/>
                              </a:lnTo>
                              <a:lnTo>
                                <a:pt x="25" y="132"/>
                              </a:lnTo>
                              <a:lnTo>
                                <a:pt x="26" y="155"/>
                              </a:lnTo>
                              <a:lnTo>
                                <a:pt x="29" y="177"/>
                              </a:lnTo>
                              <a:lnTo>
                                <a:pt x="34" y="198"/>
                              </a:lnTo>
                              <a:lnTo>
                                <a:pt x="41" y="218"/>
                              </a:lnTo>
                              <a:lnTo>
                                <a:pt x="50" y="237"/>
                              </a:lnTo>
                              <a:lnTo>
                                <a:pt x="60" y="254"/>
                              </a:lnTo>
                              <a:lnTo>
                                <a:pt x="72" y="270"/>
                              </a:lnTo>
                              <a:lnTo>
                                <a:pt x="85" y="285"/>
                              </a:lnTo>
                              <a:lnTo>
                                <a:pt x="100" y="298"/>
                              </a:lnTo>
                              <a:lnTo>
                                <a:pt x="85" y="303"/>
                              </a:lnTo>
                              <a:lnTo>
                                <a:pt x="868" y="303"/>
                              </a:lnTo>
                              <a:lnTo>
                                <a:pt x="871" y="268"/>
                              </a:lnTo>
                              <a:lnTo>
                                <a:pt x="872" y="244"/>
                              </a:lnTo>
                              <a:lnTo>
                                <a:pt x="470" y="244"/>
                              </a:lnTo>
                              <a:lnTo>
                                <a:pt x="445" y="243"/>
                              </a:lnTo>
                              <a:lnTo>
                                <a:pt x="420" y="241"/>
                              </a:lnTo>
                              <a:lnTo>
                                <a:pt x="396" y="238"/>
                              </a:lnTo>
                              <a:lnTo>
                                <a:pt x="348" y="228"/>
                              </a:lnTo>
                              <a:lnTo>
                                <a:pt x="325" y="222"/>
                              </a:lnTo>
                              <a:lnTo>
                                <a:pt x="302" y="214"/>
                              </a:lnTo>
                              <a:lnTo>
                                <a:pt x="280" y="206"/>
                              </a:lnTo>
                              <a:lnTo>
                                <a:pt x="236" y="186"/>
                              </a:lnTo>
                              <a:lnTo>
                                <a:pt x="215" y="174"/>
                              </a:lnTo>
                              <a:lnTo>
                                <a:pt x="195" y="162"/>
                              </a:lnTo>
                              <a:lnTo>
                                <a:pt x="175" y="149"/>
                              </a:lnTo>
                              <a:lnTo>
                                <a:pt x="155" y="135"/>
                              </a:lnTo>
                              <a:lnTo>
                                <a:pt x="137" y="121"/>
                              </a:lnTo>
                              <a:lnTo>
                                <a:pt x="118" y="105"/>
                              </a:lnTo>
                              <a:lnTo>
                                <a:pt x="101" y="89"/>
                              </a:lnTo>
                              <a:lnTo>
                                <a:pt x="84" y="72"/>
                              </a:lnTo>
                              <a:lnTo>
                                <a:pt x="68" y="55"/>
                              </a:lnTo>
                              <a:lnTo>
                                <a:pt x="53" y="36"/>
                              </a:lnTo>
                              <a:close/>
                              <a:moveTo>
                                <a:pt x="685" y="0"/>
                              </a:moveTo>
                              <a:lnTo>
                                <a:pt x="660" y="1"/>
                              </a:lnTo>
                              <a:lnTo>
                                <a:pt x="636" y="4"/>
                              </a:lnTo>
                              <a:lnTo>
                                <a:pt x="613" y="10"/>
                              </a:lnTo>
                              <a:lnTo>
                                <a:pt x="591" y="17"/>
                              </a:lnTo>
                              <a:lnTo>
                                <a:pt x="571" y="27"/>
                              </a:lnTo>
                              <a:lnTo>
                                <a:pt x="552" y="39"/>
                              </a:lnTo>
                              <a:lnTo>
                                <a:pt x="535" y="52"/>
                              </a:lnTo>
                              <a:lnTo>
                                <a:pt x="520" y="67"/>
                              </a:lnTo>
                              <a:lnTo>
                                <a:pt x="506" y="83"/>
                              </a:lnTo>
                              <a:lnTo>
                                <a:pt x="494" y="100"/>
                              </a:lnTo>
                              <a:lnTo>
                                <a:pt x="484" y="119"/>
                              </a:lnTo>
                              <a:lnTo>
                                <a:pt x="477" y="139"/>
                              </a:lnTo>
                              <a:lnTo>
                                <a:pt x="471" y="160"/>
                              </a:lnTo>
                              <a:lnTo>
                                <a:pt x="467" y="181"/>
                              </a:lnTo>
                              <a:lnTo>
                                <a:pt x="467" y="210"/>
                              </a:lnTo>
                              <a:lnTo>
                                <a:pt x="468" y="229"/>
                              </a:lnTo>
                              <a:lnTo>
                                <a:pt x="470" y="244"/>
                              </a:lnTo>
                              <a:lnTo>
                                <a:pt x="872" y="244"/>
                              </a:lnTo>
                              <a:lnTo>
                                <a:pt x="872" y="201"/>
                              </a:lnTo>
                              <a:lnTo>
                                <a:pt x="888" y="189"/>
                              </a:lnTo>
                              <a:lnTo>
                                <a:pt x="904" y="176"/>
                              </a:lnTo>
                              <a:lnTo>
                                <a:pt x="918" y="162"/>
                              </a:lnTo>
                              <a:lnTo>
                                <a:pt x="933" y="148"/>
                              </a:lnTo>
                              <a:lnTo>
                                <a:pt x="946" y="132"/>
                              </a:lnTo>
                              <a:lnTo>
                                <a:pt x="950" y="127"/>
                              </a:lnTo>
                              <a:lnTo>
                                <a:pt x="858" y="127"/>
                              </a:lnTo>
                              <a:lnTo>
                                <a:pt x="875" y="116"/>
                              </a:lnTo>
                              <a:lnTo>
                                <a:pt x="890" y="102"/>
                              </a:lnTo>
                              <a:lnTo>
                                <a:pt x="904" y="88"/>
                              </a:lnTo>
                              <a:lnTo>
                                <a:pt x="917" y="72"/>
                              </a:lnTo>
                              <a:lnTo>
                                <a:pt x="925" y="60"/>
                              </a:lnTo>
                              <a:lnTo>
                                <a:pt x="834" y="60"/>
                              </a:lnTo>
                              <a:lnTo>
                                <a:pt x="816" y="48"/>
                              </a:lnTo>
                              <a:lnTo>
                                <a:pt x="797" y="37"/>
                              </a:lnTo>
                              <a:lnTo>
                                <a:pt x="779" y="27"/>
                              </a:lnTo>
                              <a:lnTo>
                                <a:pt x="761" y="19"/>
                              </a:lnTo>
                              <a:lnTo>
                                <a:pt x="742" y="12"/>
                              </a:lnTo>
                              <a:lnTo>
                                <a:pt x="723" y="6"/>
                              </a:lnTo>
                              <a:lnTo>
                                <a:pt x="704" y="2"/>
                              </a:lnTo>
                              <a:lnTo>
                                <a:pt x="685" y="0"/>
                              </a:lnTo>
                              <a:close/>
                              <a:moveTo>
                                <a:pt x="974" y="95"/>
                              </a:moveTo>
                              <a:lnTo>
                                <a:pt x="956" y="102"/>
                              </a:lnTo>
                              <a:lnTo>
                                <a:pt x="937" y="109"/>
                              </a:lnTo>
                              <a:lnTo>
                                <a:pt x="918" y="115"/>
                              </a:lnTo>
                              <a:lnTo>
                                <a:pt x="899" y="120"/>
                              </a:lnTo>
                              <a:lnTo>
                                <a:pt x="879" y="124"/>
                              </a:lnTo>
                              <a:lnTo>
                                <a:pt x="858" y="127"/>
                              </a:lnTo>
                              <a:lnTo>
                                <a:pt x="950" y="127"/>
                              </a:lnTo>
                              <a:lnTo>
                                <a:pt x="958" y="117"/>
                              </a:lnTo>
                              <a:lnTo>
                                <a:pt x="970" y="100"/>
                              </a:lnTo>
                              <a:lnTo>
                                <a:pt x="974" y="95"/>
                              </a:lnTo>
                              <a:close/>
                              <a:moveTo>
                                <a:pt x="945" y="17"/>
                              </a:moveTo>
                              <a:lnTo>
                                <a:pt x="928" y="26"/>
                              </a:lnTo>
                              <a:lnTo>
                                <a:pt x="911" y="34"/>
                              </a:lnTo>
                              <a:lnTo>
                                <a:pt x="892" y="42"/>
                              </a:lnTo>
                              <a:lnTo>
                                <a:pt x="873" y="48"/>
                              </a:lnTo>
                              <a:lnTo>
                                <a:pt x="854" y="55"/>
                              </a:lnTo>
                              <a:lnTo>
                                <a:pt x="834" y="60"/>
                              </a:lnTo>
                              <a:lnTo>
                                <a:pt x="925" y="60"/>
                              </a:lnTo>
                              <a:lnTo>
                                <a:pt x="928" y="55"/>
                              </a:lnTo>
                              <a:lnTo>
                                <a:pt x="938" y="37"/>
                              </a:lnTo>
                              <a:lnTo>
                                <a:pt x="945" y="17"/>
                              </a:lnTo>
                              <a:close/>
                            </a:path>
                          </a:pathLst>
                        </a:custGeom>
                        <a:solidFill>
                          <a:srgbClr val="53ACE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10ECEC" id="AutoShape 8" o:spid="_x0000_s1026" style="position:absolute;margin-left:310.5pt;margin-top:3.7pt;width:55.45pt;height:45.7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74,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" path="m,719r14,11l30,740r16,9l63,758r18,9l99,774r19,7l137,787r20,6l198,801r22,4l263,809r22,1l341,807r54,-6l445,790r49,-15l539,757r42,-22l605,720r-586,l,719xm94,491r8,20l111,530r12,18l136,564r15,15l167,593r17,11l203,614r20,8l244,628r21,4l252,645r-14,12l223,668r-17,10l188,687r-18,8l150,702r-20,6l109,713r-22,4l65,719r-22,1l605,720r16,-10l658,682r34,-30l723,620r28,-35l777,549r22,-38l807,494r-688,l107,493,94,491xm23,285r,2l24,309r4,22l34,352r8,21l52,392r12,17l77,426r15,15l109,454r18,11l146,475r21,7l158,492r-24,2l807,494r12,-22l835,432r14,-40l859,351r8,-42l868,303r-783,l67,301,47,296,27,286r-4,-1xm53,36l43,54,36,72,30,92r-3,20l25,132r1,23l29,177r5,21l41,218r9,19l60,254r12,16l85,285r15,13l85,303r783,l871,268r1,-24l470,244r-25,-1l420,241r-24,-3l348,228r-23,-6l302,214r-22,-8l236,186,215,174,195,162,175,149,155,135,137,121,118,105,101,89,84,72,68,55,53,36xm685,l660,1,636,4r-23,6l591,17,571,27,552,39,535,52,520,67,506,83r-12,17l484,119r-7,20l471,160r-4,21l467,210r1,19l470,244r402,l872,201r16,-12l904,176r14,-14l933,148r13,-16l950,127r-92,l875,116r15,-14l904,88,917,72r8,-12l834,60,816,48,797,37,779,27,761,19,742,12,723,6,704,2,685,xm974,95r-18,7l937,109r-19,6l899,120r-20,4l858,127r92,l958,117r12,-17l974,95xm945,17r-17,9l911,34r-19,8l873,48r-19,7l834,60r91,l928,55,938,37r7,-20xe" fillcolor="#53acec" stroked="f">
                <v:path arrowok="t" o:connecttype="custom" o:connectlocs="21690,662082;58564,681449;99053,695795;159063,708707;246548,710142;357169,687188;437423,647735;67963,483470;88931,524357;120743,556636;161232,577438;182199,593937;148941,617608;108452,634824;62902,645583;437423,647735;500325,598958;561781,525074;86039,485622;16629,335703;20244,368700;37597,412456;66517,447604;105560,471993;96884,485622;603716,441149;626853,352919;48442,347180;16629,335703;26028,182915;18075,225954;24582,273297;43381,313467;72301,345028;629745,323509;321741,305576;251609,294816;202444,279035;140988,247474;99053,218064;60733,182915;495264,131269;443207,138442;399103,159244;365845,190806;344877,230975;337647,281905;630468,306293;653604,257516;683971,225954;632637,214477;663003,182915;589979,165700;550213,144898;509001,132703;691201,204435;649989,217346;686863,222368;704215,199414;658665,155657;617453,170721;670956,170721" o:connectangles="0,0,0,0,0,0,0,0,0,0,0,0,0,0,0,0,0,0,0,0,0,0,0,0,0,0,0,0,0,0,0,0,0,0,0,0,0,0,0,0,0,0,0,0,0,0,0,0,0,0,0,0,0,0,0,0,0,0,0,0,0,0"/>
                <w10:wrap anchorx="page"/>
              </v:shape>
            </w:pict>
          </mc:Fallback>
        </mc:AlternateContent>
      </w:r>
      <w:r w:rsidRPr="00B97909">
        <w:rPr>
          <w:rFonts w:ascii="Futura Lt BT" w:hAnsi="Futura Lt BT"/>
          <w:noProof/>
        </w:rPr>
        <mc:AlternateContent>
          <mc:Choice Requires="wpg">
            <w:drawing>
              <wp:anchor distT="0" distB="0" distL="114300" distR="114300" simplePos="0" relativeHeight="251665408" behindDoc="0" locked="0" layoutInCell="1" allowOverlap="1" wp14:anchorId="309490C6" wp14:editId="5BFB3DD5">
                <wp:simplePos x="0" y="0"/>
                <wp:positionH relativeFrom="page">
                  <wp:posOffset>4829175</wp:posOffset>
                </wp:positionH>
                <wp:positionV relativeFrom="paragraph">
                  <wp:posOffset>29210</wp:posOffset>
                </wp:positionV>
                <wp:extent cx="628650" cy="628650"/>
                <wp:effectExtent l="0" t="0" r="0" b="0"/>
                <wp:wrapNone/>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0" cy="628650"/>
                          <a:chOff x="870" y="-25"/>
                          <a:chExt cx="990" cy="990"/>
                        </a:xfrm>
                      </wpg:grpSpPr>
                      <wps:wsp>
                        <wps:cNvPr id="6" name="Rectangle 7"/>
                        <wps:cNvSpPr>
                          <a:spLocks noChangeArrowheads="1"/>
                        </wps:cNvSpPr>
                        <wps:spPr bwMode="auto">
                          <a:xfrm>
                            <a:off x="870" y="-25"/>
                            <a:ext cx="990" cy="990"/>
                          </a:xfrm>
                          <a:prstGeom prst="rect">
                            <a:avLst/>
                          </a:prstGeom>
                          <a:solidFill>
                            <a:srgbClr val="0279B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Rectangle 6"/>
                        <wps:cNvSpPr>
                          <a:spLocks noChangeArrowheads="1"/>
                        </wps:cNvSpPr>
                        <wps:spPr bwMode="auto">
                          <a:xfrm>
                            <a:off x="1040" y="356"/>
                            <a:ext cx="139" cy="44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8" name="Picture 5" descr="þÿ"/>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029" y="134"/>
                            <a:ext cx="160" cy="160"/>
                          </a:xfrm>
                          <a:prstGeom prst="rect">
                            <a:avLst/>
                          </a:prstGeom>
                          <a:noFill/>
                          <a:extLst>
                            <a:ext uri="{909E8E84-426E-40DD-AFC4-6F175D3DCCD1}">
                              <a14:hiddenFill xmlns:a14="http://schemas.microsoft.com/office/drawing/2010/main">
                                <a:solidFill>
                                  <a:srgbClr val="FFFFFF"/>
                                </a:solidFill>
                              </a14:hiddenFill>
                            </a:ext>
                          </a:extLst>
                        </pic:spPr>
                      </pic:pic>
                      <wps:wsp>
                        <wps:cNvPr id="9" name="AutoShape 4"/>
                        <wps:cNvSpPr>
                          <a:spLocks/>
                        </wps:cNvSpPr>
                        <wps:spPr bwMode="auto">
                          <a:xfrm>
                            <a:off x="1267" y="345"/>
                            <a:ext cx="427" cy="459"/>
                          </a:xfrm>
                          <a:custGeom>
                            <a:avLst/>
                            <a:gdLst>
                              <a:gd name="T0" fmla="+- 0 1400 1267"/>
                              <a:gd name="T1" fmla="*/ T0 w 427"/>
                              <a:gd name="T2" fmla="+- 0 355 345"/>
                              <a:gd name="T3" fmla="*/ 355 h 459"/>
                              <a:gd name="T4" fmla="+- 0 1267 1267"/>
                              <a:gd name="T5" fmla="*/ T4 w 427"/>
                              <a:gd name="T6" fmla="+- 0 355 345"/>
                              <a:gd name="T7" fmla="*/ 355 h 459"/>
                              <a:gd name="T8" fmla="+- 0 1267 1267"/>
                              <a:gd name="T9" fmla="*/ T8 w 427"/>
                              <a:gd name="T10" fmla="+- 0 804 345"/>
                              <a:gd name="T11" fmla="*/ 804 h 459"/>
                              <a:gd name="T12" fmla="+- 0 1406 1267"/>
                              <a:gd name="T13" fmla="*/ T12 w 427"/>
                              <a:gd name="T14" fmla="+- 0 804 345"/>
                              <a:gd name="T15" fmla="*/ 804 h 459"/>
                              <a:gd name="T16" fmla="+- 0 1406 1267"/>
                              <a:gd name="T17" fmla="*/ T16 w 427"/>
                              <a:gd name="T18" fmla="+- 0 580 345"/>
                              <a:gd name="T19" fmla="*/ 580 h 459"/>
                              <a:gd name="T20" fmla="+- 0 1407 1267"/>
                              <a:gd name="T21" fmla="*/ T20 w 427"/>
                              <a:gd name="T22" fmla="+- 0 558 345"/>
                              <a:gd name="T23" fmla="*/ 558 h 459"/>
                              <a:gd name="T24" fmla="+- 0 1410 1267"/>
                              <a:gd name="T25" fmla="*/ T24 w 427"/>
                              <a:gd name="T26" fmla="+- 0 538 345"/>
                              <a:gd name="T27" fmla="*/ 538 h 459"/>
                              <a:gd name="T28" fmla="+- 0 1415 1267"/>
                              <a:gd name="T29" fmla="*/ T28 w 427"/>
                              <a:gd name="T30" fmla="+- 0 519 345"/>
                              <a:gd name="T31" fmla="*/ 519 h 459"/>
                              <a:gd name="T32" fmla="+- 0 1424 1267"/>
                              <a:gd name="T33" fmla="*/ T32 w 427"/>
                              <a:gd name="T34" fmla="+- 0 502 345"/>
                              <a:gd name="T35" fmla="*/ 502 h 459"/>
                              <a:gd name="T36" fmla="+- 0 1438 1267"/>
                              <a:gd name="T37" fmla="*/ T36 w 427"/>
                              <a:gd name="T38" fmla="+- 0 488 345"/>
                              <a:gd name="T39" fmla="*/ 488 h 459"/>
                              <a:gd name="T40" fmla="+- 0 1457 1267"/>
                              <a:gd name="T41" fmla="*/ T40 w 427"/>
                              <a:gd name="T42" fmla="+- 0 478 345"/>
                              <a:gd name="T43" fmla="*/ 478 h 459"/>
                              <a:gd name="T44" fmla="+- 0 1483 1267"/>
                              <a:gd name="T45" fmla="*/ T44 w 427"/>
                              <a:gd name="T46" fmla="+- 0 472 345"/>
                              <a:gd name="T47" fmla="*/ 472 h 459"/>
                              <a:gd name="T48" fmla="+- 0 1516 1267"/>
                              <a:gd name="T49" fmla="*/ T48 w 427"/>
                              <a:gd name="T50" fmla="+- 0 470 345"/>
                              <a:gd name="T51" fmla="*/ 470 h 459"/>
                              <a:gd name="T52" fmla="+- 0 1694 1267"/>
                              <a:gd name="T53" fmla="*/ T52 w 427"/>
                              <a:gd name="T54" fmla="+- 0 470 345"/>
                              <a:gd name="T55" fmla="*/ 470 h 459"/>
                              <a:gd name="T56" fmla="+- 0 1693 1267"/>
                              <a:gd name="T57" fmla="*/ T56 w 427"/>
                              <a:gd name="T58" fmla="+- 0 462 345"/>
                              <a:gd name="T59" fmla="*/ 462 h 459"/>
                              <a:gd name="T60" fmla="+- 0 1687 1267"/>
                              <a:gd name="T61" fmla="*/ T60 w 427"/>
                              <a:gd name="T62" fmla="+- 0 441 345"/>
                              <a:gd name="T63" fmla="*/ 441 h 459"/>
                              <a:gd name="T64" fmla="+- 0 1679 1267"/>
                              <a:gd name="T65" fmla="*/ T64 w 427"/>
                              <a:gd name="T66" fmla="+- 0 422 345"/>
                              <a:gd name="T67" fmla="*/ 422 h 459"/>
                              <a:gd name="T68" fmla="+- 0 1676 1267"/>
                              <a:gd name="T69" fmla="*/ T68 w 427"/>
                              <a:gd name="T70" fmla="+- 0 416 345"/>
                              <a:gd name="T71" fmla="*/ 416 h 459"/>
                              <a:gd name="T72" fmla="+- 0 1400 1267"/>
                              <a:gd name="T73" fmla="*/ T72 w 427"/>
                              <a:gd name="T74" fmla="+- 0 416 345"/>
                              <a:gd name="T75" fmla="*/ 416 h 459"/>
                              <a:gd name="T76" fmla="+- 0 1400 1267"/>
                              <a:gd name="T77" fmla="*/ T76 w 427"/>
                              <a:gd name="T78" fmla="+- 0 355 345"/>
                              <a:gd name="T79" fmla="*/ 355 h 459"/>
                              <a:gd name="T80" fmla="+- 0 1520 1267"/>
                              <a:gd name="T81" fmla="*/ T80 w 427"/>
                              <a:gd name="T82" fmla="+- 0 345 345"/>
                              <a:gd name="T83" fmla="*/ 345 h 459"/>
                              <a:gd name="T84" fmla="+- 0 1496 1267"/>
                              <a:gd name="T85" fmla="*/ T84 w 427"/>
                              <a:gd name="T86" fmla="+- 0 348 345"/>
                              <a:gd name="T87" fmla="*/ 348 h 459"/>
                              <a:gd name="T88" fmla="+- 0 1474 1267"/>
                              <a:gd name="T89" fmla="*/ T88 w 427"/>
                              <a:gd name="T90" fmla="+- 0 355 345"/>
                              <a:gd name="T91" fmla="*/ 355 h 459"/>
                              <a:gd name="T92" fmla="+- 0 1454 1267"/>
                              <a:gd name="T93" fmla="*/ T92 w 427"/>
                              <a:gd name="T94" fmla="+- 0 364 345"/>
                              <a:gd name="T95" fmla="*/ 364 h 459"/>
                              <a:gd name="T96" fmla="+- 0 1437 1267"/>
                              <a:gd name="T97" fmla="*/ T96 w 427"/>
                              <a:gd name="T98" fmla="+- 0 376 345"/>
                              <a:gd name="T99" fmla="*/ 376 h 459"/>
                              <a:gd name="T100" fmla="+- 0 1423 1267"/>
                              <a:gd name="T101" fmla="*/ T100 w 427"/>
                              <a:gd name="T102" fmla="+- 0 389 345"/>
                              <a:gd name="T103" fmla="*/ 389 h 459"/>
                              <a:gd name="T104" fmla="+- 0 1411 1267"/>
                              <a:gd name="T105" fmla="*/ T104 w 427"/>
                              <a:gd name="T106" fmla="+- 0 402 345"/>
                              <a:gd name="T107" fmla="*/ 402 h 459"/>
                              <a:gd name="T108" fmla="+- 0 1402 1267"/>
                              <a:gd name="T109" fmla="*/ T108 w 427"/>
                              <a:gd name="T110" fmla="+- 0 416 345"/>
                              <a:gd name="T111" fmla="*/ 416 h 459"/>
                              <a:gd name="T112" fmla="+- 0 1676 1267"/>
                              <a:gd name="T113" fmla="*/ T112 w 427"/>
                              <a:gd name="T114" fmla="+- 0 416 345"/>
                              <a:gd name="T115" fmla="*/ 416 h 459"/>
                              <a:gd name="T116" fmla="+- 0 1669 1267"/>
                              <a:gd name="T117" fmla="*/ T116 w 427"/>
                              <a:gd name="T118" fmla="+- 0 405 345"/>
                              <a:gd name="T119" fmla="*/ 405 h 459"/>
                              <a:gd name="T120" fmla="+- 0 1657 1267"/>
                              <a:gd name="T121" fmla="*/ T120 w 427"/>
                              <a:gd name="T122" fmla="+- 0 390 345"/>
                              <a:gd name="T123" fmla="*/ 390 h 459"/>
                              <a:gd name="T124" fmla="+- 0 1642 1267"/>
                              <a:gd name="T125" fmla="*/ T124 w 427"/>
                              <a:gd name="T126" fmla="+- 0 376 345"/>
                              <a:gd name="T127" fmla="*/ 376 h 459"/>
                              <a:gd name="T128" fmla="+- 0 1624 1267"/>
                              <a:gd name="T129" fmla="*/ T128 w 427"/>
                              <a:gd name="T130" fmla="+- 0 365 345"/>
                              <a:gd name="T131" fmla="*/ 365 h 459"/>
                              <a:gd name="T132" fmla="+- 0 1603 1267"/>
                              <a:gd name="T133" fmla="*/ T132 w 427"/>
                              <a:gd name="T134" fmla="+- 0 356 345"/>
                              <a:gd name="T135" fmla="*/ 356 h 459"/>
                              <a:gd name="T136" fmla="+- 0 1579 1267"/>
                              <a:gd name="T137" fmla="*/ T136 w 427"/>
                              <a:gd name="T138" fmla="+- 0 350 345"/>
                              <a:gd name="T139" fmla="*/ 350 h 459"/>
                              <a:gd name="T140" fmla="+- 0 1551 1267"/>
                              <a:gd name="T141" fmla="*/ T140 w 427"/>
                              <a:gd name="T142" fmla="+- 0 346 345"/>
                              <a:gd name="T143" fmla="*/ 346 h 459"/>
                              <a:gd name="T144" fmla="+- 0 1520 1267"/>
                              <a:gd name="T145" fmla="*/ T144 w 427"/>
                              <a:gd name="T146" fmla="+- 0 345 345"/>
                              <a:gd name="T147" fmla="*/ 345 h 45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Lst>
                            <a:rect l="0" t="0" r="r" b="b"/>
                            <a:pathLst>
                              <a:path w="427" h="459">
                                <a:moveTo>
                                  <a:pt x="133" y="10"/>
                                </a:moveTo>
                                <a:lnTo>
                                  <a:pt x="0" y="10"/>
                                </a:lnTo>
                                <a:lnTo>
                                  <a:pt x="0" y="459"/>
                                </a:lnTo>
                                <a:lnTo>
                                  <a:pt x="139" y="459"/>
                                </a:lnTo>
                                <a:lnTo>
                                  <a:pt x="139" y="235"/>
                                </a:lnTo>
                                <a:lnTo>
                                  <a:pt x="140" y="213"/>
                                </a:lnTo>
                                <a:lnTo>
                                  <a:pt x="143" y="193"/>
                                </a:lnTo>
                                <a:lnTo>
                                  <a:pt x="148" y="174"/>
                                </a:lnTo>
                                <a:lnTo>
                                  <a:pt x="157" y="157"/>
                                </a:lnTo>
                                <a:lnTo>
                                  <a:pt x="171" y="143"/>
                                </a:lnTo>
                                <a:lnTo>
                                  <a:pt x="190" y="133"/>
                                </a:lnTo>
                                <a:lnTo>
                                  <a:pt x="216" y="127"/>
                                </a:lnTo>
                                <a:lnTo>
                                  <a:pt x="249" y="125"/>
                                </a:lnTo>
                                <a:lnTo>
                                  <a:pt x="427" y="125"/>
                                </a:lnTo>
                                <a:lnTo>
                                  <a:pt x="426" y="117"/>
                                </a:lnTo>
                                <a:lnTo>
                                  <a:pt x="420" y="96"/>
                                </a:lnTo>
                                <a:lnTo>
                                  <a:pt x="412" y="77"/>
                                </a:lnTo>
                                <a:lnTo>
                                  <a:pt x="409" y="71"/>
                                </a:lnTo>
                                <a:lnTo>
                                  <a:pt x="133" y="71"/>
                                </a:lnTo>
                                <a:lnTo>
                                  <a:pt x="133" y="10"/>
                                </a:lnTo>
                                <a:close/>
                                <a:moveTo>
                                  <a:pt x="253" y="0"/>
                                </a:moveTo>
                                <a:lnTo>
                                  <a:pt x="229" y="3"/>
                                </a:lnTo>
                                <a:lnTo>
                                  <a:pt x="207" y="10"/>
                                </a:lnTo>
                                <a:lnTo>
                                  <a:pt x="187" y="19"/>
                                </a:lnTo>
                                <a:lnTo>
                                  <a:pt x="170" y="31"/>
                                </a:lnTo>
                                <a:lnTo>
                                  <a:pt x="156" y="44"/>
                                </a:lnTo>
                                <a:lnTo>
                                  <a:pt x="144" y="57"/>
                                </a:lnTo>
                                <a:lnTo>
                                  <a:pt x="135" y="71"/>
                                </a:lnTo>
                                <a:lnTo>
                                  <a:pt x="409" y="71"/>
                                </a:lnTo>
                                <a:lnTo>
                                  <a:pt x="402" y="60"/>
                                </a:lnTo>
                                <a:lnTo>
                                  <a:pt x="390" y="45"/>
                                </a:lnTo>
                                <a:lnTo>
                                  <a:pt x="375" y="31"/>
                                </a:lnTo>
                                <a:lnTo>
                                  <a:pt x="357" y="20"/>
                                </a:lnTo>
                                <a:lnTo>
                                  <a:pt x="336" y="11"/>
                                </a:lnTo>
                                <a:lnTo>
                                  <a:pt x="312" y="5"/>
                                </a:lnTo>
                                <a:lnTo>
                                  <a:pt x="284" y="1"/>
                                </a:lnTo>
                                <a:lnTo>
                                  <a:pt x="253"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3" name="Picture 3" descr="þÿ"/>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516" y="471"/>
                            <a:ext cx="180" cy="3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F56FF6D" id="Group 2" o:spid="_x0000_s1026" style="position:absolute;margin-left:380.25pt;margin-top:2.3pt;width:49.5pt;height:49.5pt;z-index:251665408;mso-position-horizontal-relative:page" coordorigin="870,-25" coordsize="990,9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">
                <v:rect id="Rectangle 7" o:spid="_x0000_s1027" style="position:absolute;left:870;top:-25;width:990;height: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" fillcolor="#0279b5" stroked="f"/>
                <v:rect id="Rectangle 6" o:spid="_x0000_s1028" style="position:absolute;left:1040;top:356;width:139;height: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" stroked="f"/>
                <v:shape id="Picture 5" o:spid="_x0000_s1029" type="#_x0000_t75" alt="þÿ" style="position:absolute;left:1029;top:134;width:160;height:1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">
                  <v:imagedata r:id="rId17" o:title="þÿ"/>
                </v:shape>
                <v:shape id="AutoShape 4" o:spid="_x0000_s1030" style="position:absolute;left:1267;top:345;width:427;height:459;visibility:visible;mso-wrap-style:square;v-text-anchor:top" coordsize="427,4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" path="m133,10l,10,,459r139,l139,235r1,-22l143,193r5,-19l157,157r14,-14l190,133r26,-6l249,125r178,l426,117,420,96,412,77r-3,-6l133,71r,-61xm253,l229,3r-22,7l187,19,170,31,156,44,144,57r-9,14l409,71,402,60,390,45,375,31,357,20,336,11,312,5,284,1,253,xe" stroked="f">
                  <v:path arrowok="t" o:connecttype="custom" o:connectlocs="133,355;0,355;0,804;139,804;139,580;140,558;143,538;148,519;157,502;171,488;190,478;216,472;249,470;427,470;426,462;420,441;412,422;409,416;133,416;133,355;253,345;229,348;207,355;187,364;170,376;156,389;144,402;135,416;409,416;402,405;390,390;375,376;357,365;336,356;312,350;284,346;253,345" o:connectangles="0,0,0,0,0,0,0,0,0,0,0,0,0,0,0,0,0,0,0,0,0,0,0,0,0,0,0,0,0,0,0,0,0,0,0,0,0"/>
                </v:shape>
                <v:shape id="Picture 3" o:spid="_x0000_s1031" type="#_x0000_t75" alt="þÿ" style="position:absolute;left:1516;top:471;width:180;height: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">
                  <v:imagedata r:id="rId18" o:title="þÿ"/>
                </v:shape>
                <w10:wrap anchorx="page"/>
              </v:group>
            </w:pict>
          </mc:Fallback>
        </mc:AlternateContent>
      </w:r>
    </w:p>
    <w:p w14:paraId="76F07905" w14:textId="4E3F78D0" w:rsidR="005C2A17" w:rsidRDefault="004231A7" w:rsidP="004231A7">
      <w:pPr>
        <w:tabs>
          <w:tab w:val="left" w:pos="1950"/>
        </w:tabs>
        <w:rPr>
          <w:b/>
          <w:bCs/>
        </w:rPr>
      </w:pPr>
      <w:r>
        <w:rPr>
          <w:b/>
          <w:bCs/>
        </w:rPr>
        <w:tab/>
      </w:r>
    </w:p>
    <w:p w14:paraId="2A2C6F89" w14:textId="77777777" w:rsidR="005C2A17" w:rsidRDefault="005C2A17" w:rsidP="00877D4D">
      <w:pPr>
        <w:rPr>
          <w:b/>
          <w:bCs/>
        </w:rPr>
      </w:pPr>
    </w:p>
    <w:p w14:paraId="70F1B734" w14:textId="025FA43D" w:rsidR="007606C6" w:rsidRPr="00877D4D" w:rsidRDefault="00000000" w:rsidP="00877D4D">
      <w:pPr>
        <w:rPr>
          <w:b/>
          <w:bCs/>
        </w:rPr>
      </w:pPr>
      <w:r w:rsidRPr="00877D4D">
        <w:rPr>
          <w:b/>
          <w:bCs/>
        </w:rPr>
        <w:t>Recommended Hashtags</w:t>
      </w:r>
    </w:p>
    <w:p w14:paraId="26B1AAF7" w14:textId="5F246BA6" w:rsidR="00877D4D" w:rsidRDefault="00000000" w:rsidP="00877D4D">
      <w:r>
        <w:t>#</w:t>
      </w:r>
      <w:proofErr w:type="gramStart"/>
      <w:r>
        <w:t>WeightBiasAwareness  #</w:t>
      </w:r>
      <w:r w:rsidR="00015587">
        <w:t>Supportive</w:t>
      </w:r>
      <w:r>
        <w:t>Workplaces  #StigmaFreeWorkplace  #</w:t>
      </w:r>
      <w:proofErr w:type="gramEnd"/>
      <w:r>
        <w:t xml:space="preserve">WorkplaceWellbeing #WellbeingAtWork </w:t>
      </w:r>
    </w:p>
    <w:p w14:paraId="336A2F78" w14:textId="0E1A6C19" w:rsidR="007606C6" w:rsidRPr="00472A8A" w:rsidRDefault="00000000" w:rsidP="00877D4D">
      <w:pPr>
        <w:rPr>
          <w:i/>
          <w:iCs/>
        </w:rPr>
      </w:pPr>
      <w:r w:rsidRPr="00472A8A">
        <w:rPr>
          <w:i/>
          <w:iCs/>
        </w:rPr>
        <w:t>Template 1: Awareness Kickoff</w:t>
      </w:r>
    </w:p>
    <w:p w14:paraId="5D9352A9" w14:textId="53A2726C" w:rsidR="00877D4D" w:rsidRDefault="00000000" w:rsidP="00877D4D">
      <w:pPr>
        <w:rPr>
          <w:rFonts w:ascii="Segoe UI Emoji" w:hAnsi="Segoe UI Emoji" w:cs="Segoe UI Emoji"/>
        </w:rPr>
      </w:pPr>
      <w:r>
        <w:t>Weight stigma doesn’t belong in the workplace.</w:t>
      </w:r>
      <w:r w:rsidR="004231A7">
        <w:t xml:space="preserve"> </w:t>
      </w:r>
      <w:r>
        <w:t xml:space="preserve">We’re raising awareness about how weight </w:t>
      </w:r>
      <w:r w:rsidR="00C12C5F">
        <w:t xml:space="preserve">bias, </w:t>
      </w:r>
      <w:r>
        <w:t xml:space="preserve">whether subtle or </w:t>
      </w:r>
      <w:r w:rsidR="00C12C5F">
        <w:t xml:space="preserve">overt, </w:t>
      </w:r>
      <w:r>
        <w:t>can impact employee experience</w:t>
      </w:r>
      <w:r w:rsidR="00C12C5F">
        <w:t xml:space="preserve"> and well-being. </w:t>
      </w:r>
      <w:r>
        <w:br/>
      </w:r>
      <w:r>
        <w:br/>
        <w:t xml:space="preserve">Everyone deserves to feel respected and supported at work, no </w:t>
      </w:r>
      <w:r w:rsidR="00C12C5F">
        <w:t>matter what</w:t>
      </w:r>
      <w:r>
        <w:t xml:space="preserve"> their body size.</w:t>
      </w:r>
      <w:r w:rsidR="004231A7">
        <w:t xml:space="preserve"> </w:t>
      </w:r>
      <w:r>
        <w:t>Let’s build a culture rooted in dignity and compassion.</w:t>
      </w:r>
    </w:p>
    <w:p w14:paraId="5A90F80F" w14:textId="3FB35366" w:rsidR="007606C6" w:rsidRPr="00472A8A" w:rsidRDefault="00000000" w:rsidP="00877D4D">
      <w:pPr>
        <w:rPr>
          <w:i/>
          <w:iCs/>
        </w:rPr>
      </w:pPr>
      <w:r w:rsidRPr="00472A8A">
        <w:rPr>
          <w:i/>
          <w:iCs/>
        </w:rPr>
        <w:t>Template 2: Compassion &amp; Culture</w:t>
      </w:r>
    </w:p>
    <w:p w14:paraId="7AEAF1D7" w14:textId="5AEF5B95" w:rsidR="00877D4D" w:rsidRDefault="00000000" w:rsidP="00877D4D">
      <w:r>
        <w:t>Workplace culture matters.</w:t>
      </w:r>
      <w:r w:rsidR="004231A7">
        <w:t xml:space="preserve"> </w:t>
      </w:r>
      <w:r>
        <w:t xml:space="preserve">That’s why we’re starting conversations about weight </w:t>
      </w:r>
      <w:proofErr w:type="gramStart"/>
      <w:r>
        <w:t>bias</w:t>
      </w:r>
      <w:proofErr w:type="gramEnd"/>
      <w:r w:rsidR="00C12C5F">
        <w:t xml:space="preserve"> </w:t>
      </w:r>
      <w:r>
        <w:t>how it shows up, how it affects people, and how we can respond with empathy.</w:t>
      </w:r>
      <w:r>
        <w:br/>
      </w:r>
      <w:r>
        <w:br/>
        <w:t xml:space="preserve">Compassionate communication is key to </w:t>
      </w:r>
      <w:r w:rsidR="003235BF">
        <w:t>supportive workplaces</w:t>
      </w:r>
      <w:r>
        <w:t>.</w:t>
      </w:r>
    </w:p>
    <w:p w14:paraId="59EC81C4" w14:textId="76F6F391" w:rsidR="007606C6" w:rsidRPr="00472A8A" w:rsidRDefault="00000000" w:rsidP="00877D4D">
      <w:pPr>
        <w:rPr>
          <w:i/>
          <w:iCs/>
        </w:rPr>
      </w:pPr>
      <w:r w:rsidRPr="00472A8A">
        <w:rPr>
          <w:i/>
          <w:iCs/>
        </w:rPr>
        <w:t>Template 3: Leadership Support</w:t>
      </w:r>
    </w:p>
    <w:p w14:paraId="1B2D4B5E" w14:textId="4D2FF7F7" w:rsidR="00877D4D" w:rsidRDefault="003235BF" w:rsidP="00877D4D">
      <w:r>
        <w:t>Support starts at the top.</w:t>
      </w:r>
      <w:r w:rsidR="004231A7">
        <w:t xml:space="preserve"> </w:t>
      </w:r>
      <w:r>
        <w:t>Our leadership is committed to addressing weight stigma in the workplace as part of our broader focus on fairness and well-being.</w:t>
      </w:r>
      <w:r>
        <w:br/>
      </w:r>
      <w:r>
        <w:lastRenderedPageBreak/>
        <w:br/>
        <w:t>When we lead with respect and awareness, everyone benefits.</w:t>
      </w:r>
    </w:p>
    <w:p w14:paraId="35F6F112" w14:textId="75C17EE0" w:rsidR="007606C6" w:rsidRPr="00472A8A" w:rsidRDefault="00000000" w:rsidP="00877D4D">
      <w:pPr>
        <w:rPr>
          <w:i/>
          <w:iCs/>
        </w:rPr>
      </w:pPr>
      <w:r w:rsidRPr="00472A8A">
        <w:rPr>
          <w:i/>
          <w:iCs/>
        </w:rPr>
        <w:t>Template 4: Did You Know? (Fact-Based Message)</w:t>
      </w:r>
    </w:p>
    <w:p w14:paraId="54221F45" w14:textId="216F2831" w:rsidR="00877D4D" w:rsidRDefault="00000000" w:rsidP="00877D4D">
      <w:r>
        <w:t>Did you know weight stigma in the workplace can impact promotions, hiring decisions, and participation in wellness programs</w:t>
      </w:r>
      <w:r w:rsidR="00C12C5F">
        <w:t xml:space="preserve"> </w:t>
      </w:r>
      <w:r>
        <w:t>even when unintended?</w:t>
      </w:r>
      <w:r>
        <w:br/>
      </w:r>
      <w:r>
        <w:br/>
        <w:t>Raising awareness is the first step toward a more supportive culture.</w:t>
      </w:r>
      <w:r w:rsidR="004231A7">
        <w:t xml:space="preserve"> </w:t>
      </w:r>
      <w:r>
        <w:t>Let’s challenge assumptions and create space for everyone to thrive.</w:t>
      </w:r>
    </w:p>
    <w:p w14:paraId="12C277DD" w14:textId="77777777" w:rsidR="006B1A8B" w:rsidRDefault="006B1A8B" w:rsidP="006B1A8B">
      <w:r w:rsidRPr="006B1A8B">
        <w:t>Weight bias refers to the negative attitudes, stereotypes, or assumptions made about a person based on body weight or size.</w:t>
      </w:r>
      <w:r>
        <w:t xml:space="preserve"> </w:t>
      </w:r>
      <w:r w:rsidRPr="006B1A8B">
        <w:t>It can affect workplace culture, healthcare, and everyday interactions</w:t>
      </w:r>
      <w:r>
        <w:t xml:space="preserve"> </w:t>
      </w:r>
      <w:r w:rsidRPr="006B1A8B">
        <w:t>often without people realizing it.</w:t>
      </w:r>
      <w:r>
        <w:t xml:space="preserve"> </w:t>
      </w:r>
    </w:p>
    <w:p w14:paraId="6BE42B02" w14:textId="3F253DD9" w:rsidR="006B1A8B" w:rsidRPr="006B1A8B" w:rsidRDefault="006B1A8B" w:rsidP="006B1A8B">
      <w:r w:rsidRPr="006B1A8B">
        <w:t>Take the first step: pause and reflect on your own language, policies, and practices. Small shifts can reduce stigma and create a more supportive environment for everyone.</w:t>
      </w:r>
    </w:p>
    <w:p w14:paraId="39FAEB33" w14:textId="3EF20CF9" w:rsidR="007606C6" w:rsidRPr="00472A8A" w:rsidRDefault="00000000" w:rsidP="00877D4D">
      <w:pPr>
        <w:rPr>
          <w:i/>
          <w:iCs/>
        </w:rPr>
      </w:pPr>
      <w:r w:rsidRPr="00472A8A">
        <w:rPr>
          <w:i/>
          <w:iCs/>
        </w:rPr>
        <w:t>Template 5: Join the Conversation</w:t>
      </w:r>
    </w:p>
    <w:p w14:paraId="6A1DD01A" w14:textId="1AD7979C" w:rsidR="007606C6" w:rsidRDefault="00000000">
      <w:r>
        <w:t>We’re talking about weight stigma</w:t>
      </w:r>
      <w:r w:rsidR="004231A7">
        <w:t>-</w:t>
      </w:r>
      <w:r>
        <w:t>not to call anyone out, but to call ourselves in.</w:t>
      </w:r>
      <w:r>
        <w:br/>
      </w:r>
      <w:r>
        <w:br/>
        <w:t>Small changes in language, visuals, and policies can make a big impact on how supported people feel at work.</w:t>
      </w:r>
      <w:r w:rsidR="004231A7">
        <w:t xml:space="preserve"> </w:t>
      </w:r>
      <w:r>
        <w:t>Join us in building a culture where all bodies are respected.</w:t>
      </w:r>
    </w:p>
    <w:p w14:paraId="5167E3F4" w14:textId="77777777" w:rsidR="00472A8A" w:rsidRPr="00472A8A" w:rsidRDefault="00472A8A" w:rsidP="00472A8A">
      <w:pPr>
        <w:rPr>
          <w:rFonts w:asciiTheme="majorHAnsi" w:hAnsiTheme="majorHAnsi" w:cstheme="majorHAnsi"/>
          <w:b/>
          <w:bCs/>
          <w:sz w:val="28"/>
          <w:szCs w:val="28"/>
        </w:rPr>
      </w:pPr>
      <w:r w:rsidRPr="00472A8A">
        <w:rPr>
          <w:rFonts w:asciiTheme="majorHAnsi" w:hAnsiTheme="majorHAnsi" w:cstheme="majorHAnsi"/>
          <w:b/>
          <w:bCs/>
          <w:sz w:val="28"/>
          <w:szCs w:val="28"/>
        </w:rPr>
        <w:t>Supplemental Resource: People-First Language for Obesity</w:t>
      </w:r>
    </w:p>
    <w:p w14:paraId="19A0DC03" w14:textId="4E17358F" w:rsidR="00472A8A" w:rsidRPr="00472A8A" w:rsidRDefault="00472A8A" w:rsidP="00472A8A">
      <w:r w:rsidRPr="00472A8A">
        <w:rPr>
          <w:i/>
          <w:iCs/>
        </w:rPr>
        <w:t>Why It Matters:</w:t>
      </w:r>
      <w:r w:rsidRPr="00472A8A">
        <w:br/>
        <w:t xml:space="preserve">Language is a powerful driver of culture. As part of your internal communications and awareness efforts around weight bias, it’s important to reinforce the use of </w:t>
      </w:r>
      <w:r w:rsidRPr="00472A8A">
        <w:rPr>
          <w:i/>
          <w:iCs/>
        </w:rPr>
        <w:t>people-first language</w:t>
      </w:r>
      <w:r w:rsidRPr="00472A8A">
        <w:t xml:space="preserve"> that puts the individual before the condition.</w:t>
      </w:r>
    </w:p>
    <w:p w14:paraId="4B2526CC" w14:textId="77777777" w:rsidR="00472A8A" w:rsidRPr="00472A8A" w:rsidRDefault="00472A8A" w:rsidP="00472A8A">
      <w:r w:rsidRPr="00472A8A">
        <w:t>Labeling individuals as “obese” or referring to them by body size can unintentionally reinforce stigma and negatively impact well-being, engagement, and access to care.</w:t>
      </w:r>
    </w:p>
    <w:p w14:paraId="6B4E336D" w14:textId="77777777" w:rsidR="00472A8A" w:rsidRPr="00472A8A" w:rsidRDefault="00472A8A" w:rsidP="00472A8A">
      <w:pPr>
        <w:rPr>
          <w:i/>
          <w:iCs/>
        </w:rPr>
      </w:pPr>
      <w:r w:rsidRPr="00472A8A">
        <w:rPr>
          <w:i/>
          <w:iCs/>
        </w:rPr>
        <w:t>Use this resource to:</w:t>
      </w:r>
    </w:p>
    <w:p w14:paraId="3217DC34" w14:textId="2A1AB40B" w:rsidR="00472A8A" w:rsidRPr="00472A8A" w:rsidRDefault="00472A8A" w:rsidP="00472A8A">
      <w:pPr>
        <w:numPr>
          <w:ilvl w:val="0"/>
          <w:numId w:val="10"/>
        </w:numPr>
        <w:spacing w:after="0"/>
      </w:pPr>
      <w:r w:rsidRPr="00472A8A">
        <w:t>Train teams on respectful</w:t>
      </w:r>
      <w:r w:rsidR="003235BF">
        <w:t xml:space="preserve"> and fair</w:t>
      </w:r>
      <w:r w:rsidRPr="00472A8A">
        <w:t xml:space="preserve"> communication</w:t>
      </w:r>
    </w:p>
    <w:p w14:paraId="58677741" w14:textId="77777777" w:rsidR="00472A8A" w:rsidRPr="00472A8A" w:rsidRDefault="00472A8A" w:rsidP="00472A8A">
      <w:pPr>
        <w:numPr>
          <w:ilvl w:val="0"/>
          <w:numId w:val="10"/>
        </w:numPr>
        <w:spacing w:after="0"/>
      </w:pPr>
      <w:r w:rsidRPr="00472A8A">
        <w:t>Audit wellness and HR materials for stigmatizing terms</w:t>
      </w:r>
    </w:p>
    <w:p w14:paraId="61FF9BDF" w14:textId="14BAE44E" w:rsidR="00472A8A" w:rsidRDefault="00472A8A" w:rsidP="00472A8A">
      <w:pPr>
        <w:numPr>
          <w:ilvl w:val="0"/>
          <w:numId w:val="10"/>
        </w:numPr>
        <w:spacing w:after="0"/>
      </w:pPr>
      <w:r w:rsidRPr="00472A8A">
        <w:t>Model best practices in leadership messaging</w:t>
      </w:r>
    </w:p>
    <w:p w14:paraId="5BEADA52" w14:textId="77777777" w:rsidR="00472A8A" w:rsidRPr="00472A8A" w:rsidRDefault="00472A8A" w:rsidP="00472A8A">
      <w:pPr>
        <w:spacing w:after="0"/>
        <w:ind w:left="720"/>
        <w:rPr>
          <w:u w:val="single"/>
        </w:rPr>
      </w:pPr>
    </w:p>
    <w:p w14:paraId="275EAAE9" w14:textId="0087F124" w:rsidR="00472A8A" w:rsidRPr="00472A8A" w:rsidRDefault="00472A8A" w:rsidP="00472A8A">
      <w:pPr>
        <w:rPr>
          <w:i/>
          <w:iCs/>
        </w:rPr>
      </w:pPr>
      <w:r w:rsidRPr="00472A8A">
        <w:rPr>
          <w:i/>
          <w:iCs/>
        </w:rPr>
        <w:lastRenderedPageBreak/>
        <w:t xml:space="preserve">Key </w:t>
      </w:r>
      <w:r>
        <w:rPr>
          <w:i/>
          <w:iCs/>
        </w:rPr>
        <w:t>m</w:t>
      </w:r>
      <w:r w:rsidRPr="00472A8A">
        <w:rPr>
          <w:i/>
          <w:iCs/>
        </w:rPr>
        <w:t xml:space="preserve">essaging to </w:t>
      </w:r>
      <w:r>
        <w:rPr>
          <w:i/>
          <w:iCs/>
        </w:rPr>
        <w:t>s</w:t>
      </w:r>
      <w:r w:rsidRPr="00472A8A">
        <w:rPr>
          <w:i/>
          <w:iCs/>
        </w:rPr>
        <w:t xml:space="preserve">hare </w:t>
      </w:r>
      <w:r>
        <w:rPr>
          <w:i/>
          <w:iCs/>
        </w:rPr>
        <w:t>i</w:t>
      </w:r>
      <w:r w:rsidRPr="00472A8A">
        <w:rPr>
          <w:i/>
          <w:iCs/>
        </w:rPr>
        <w:t>nternally or on social media:</w:t>
      </w:r>
      <w:r>
        <w:rPr>
          <w:i/>
          <w:iCs/>
        </w:rPr>
        <w:t xml:space="preserve"> </w:t>
      </w:r>
      <w:r w:rsidRPr="00472A8A">
        <w:rPr>
          <w:i/>
          <w:iCs/>
        </w:rPr>
        <w:t>Respect starts with language.</w:t>
      </w:r>
      <w:r w:rsidRPr="00472A8A">
        <w:br/>
        <w:t>Use people-first phrases like:</w:t>
      </w:r>
      <w:r>
        <w:t xml:space="preserve"> </w:t>
      </w:r>
      <w:r w:rsidRPr="00472A8A">
        <w:rPr>
          <w:i/>
          <w:iCs/>
        </w:rPr>
        <w:t>“Employees affected by obesity”</w:t>
      </w:r>
      <w:r>
        <w:t xml:space="preserve"> </w:t>
      </w:r>
      <w:r w:rsidR="008C6CA9">
        <w:t>“</w:t>
      </w:r>
      <w:r w:rsidR="008C6CA9" w:rsidRPr="008C6CA9">
        <w:rPr>
          <w:i/>
          <w:iCs/>
        </w:rPr>
        <w:t>Employees living with obesity”</w:t>
      </w:r>
      <w:r w:rsidR="008C6CA9">
        <w:t xml:space="preserve"> </w:t>
      </w:r>
      <w:r w:rsidRPr="00472A8A">
        <w:t xml:space="preserve">Instead of: </w:t>
      </w:r>
      <w:r w:rsidRPr="00472A8A">
        <w:rPr>
          <w:i/>
          <w:iCs/>
        </w:rPr>
        <w:t>“Obese employees”</w:t>
      </w:r>
    </w:p>
    <w:p w14:paraId="75CF69EF" w14:textId="103745D2" w:rsidR="00472A8A" w:rsidRPr="00472A8A" w:rsidRDefault="00472A8A" w:rsidP="00472A8A">
      <w:r w:rsidRPr="00472A8A">
        <w:rPr>
          <w:i/>
          <w:iCs/>
        </w:rPr>
        <w:t>Why it matters:</w:t>
      </w:r>
    </w:p>
    <w:p w14:paraId="311FE5FE" w14:textId="77777777" w:rsidR="00472A8A" w:rsidRPr="00472A8A" w:rsidRDefault="00472A8A" w:rsidP="00472A8A">
      <w:pPr>
        <w:numPr>
          <w:ilvl w:val="0"/>
          <w:numId w:val="11"/>
        </w:numPr>
        <w:spacing w:after="0"/>
      </w:pPr>
      <w:r w:rsidRPr="00472A8A">
        <w:t>1 in 5 people say they’d switch doctors if they felt judged about weight</w:t>
      </w:r>
    </w:p>
    <w:p w14:paraId="2FC717F7" w14:textId="77777777" w:rsidR="00472A8A" w:rsidRPr="00472A8A" w:rsidRDefault="00472A8A" w:rsidP="00472A8A">
      <w:pPr>
        <w:numPr>
          <w:ilvl w:val="0"/>
          <w:numId w:val="11"/>
        </w:numPr>
        <w:spacing w:after="0"/>
      </w:pPr>
      <w:r w:rsidRPr="00472A8A">
        <w:t>Stigmatizing language reduces participation in wellness programs</w:t>
      </w:r>
    </w:p>
    <w:p w14:paraId="03EF3EA5" w14:textId="7CBCFD00" w:rsidR="00472A8A" w:rsidRDefault="003235BF" w:rsidP="00472A8A">
      <w:pPr>
        <w:numPr>
          <w:ilvl w:val="0"/>
          <w:numId w:val="11"/>
        </w:numPr>
        <w:spacing w:after="0"/>
      </w:pPr>
      <w:r>
        <w:t>Fair and respectful</w:t>
      </w:r>
      <w:r w:rsidR="00472A8A" w:rsidRPr="00472A8A">
        <w:t xml:space="preserve"> communication improves belonging and trust at work</w:t>
      </w:r>
    </w:p>
    <w:p w14:paraId="3E395D9E" w14:textId="77777777" w:rsidR="00472A8A" w:rsidRPr="00472A8A" w:rsidRDefault="00472A8A" w:rsidP="00472A8A">
      <w:pPr>
        <w:spacing w:after="0"/>
      </w:pPr>
    </w:p>
    <w:p w14:paraId="7CA142A6" w14:textId="0885B5F3" w:rsidR="00472A8A" w:rsidRPr="00472A8A" w:rsidRDefault="00472A8A" w:rsidP="00472A8A">
      <w:r w:rsidRPr="00472A8A">
        <w:t xml:space="preserve">Let’s talk about weight </w:t>
      </w:r>
      <w:proofErr w:type="gramStart"/>
      <w:r w:rsidRPr="00472A8A">
        <w:t>stigma</w:t>
      </w:r>
      <w:proofErr w:type="gramEnd"/>
      <w:r>
        <w:t xml:space="preserve"> </w:t>
      </w:r>
      <w:r w:rsidRPr="00472A8A">
        <w:t>not to call people out, but to call ourselves in. Small changes in the way we speak can have a big impact on how supported our teams feel.</w:t>
      </w:r>
    </w:p>
    <w:p w14:paraId="5186C6E0" w14:textId="77777777" w:rsidR="00472A8A" w:rsidRPr="00472A8A" w:rsidRDefault="00472A8A" w:rsidP="00472A8A">
      <w:pPr>
        <w:rPr>
          <w:i/>
          <w:iCs/>
        </w:rPr>
      </w:pPr>
      <w:r w:rsidRPr="00472A8A">
        <w:rPr>
          <w:i/>
          <w:iCs/>
        </w:rPr>
        <w:t>Recommended Use:</w:t>
      </w:r>
    </w:p>
    <w:p w14:paraId="3A8860DB" w14:textId="77777777" w:rsidR="00472A8A" w:rsidRPr="00472A8A" w:rsidRDefault="00472A8A" w:rsidP="00472A8A">
      <w:pPr>
        <w:numPr>
          <w:ilvl w:val="0"/>
          <w:numId w:val="12"/>
        </w:numPr>
        <w:spacing w:after="0"/>
      </w:pPr>
      <w:r w:rsidRPr="00472A8A">
        <w:t xml:space="preserve">Pair with your existing internal email launch (e.g., </w:t>
      </w:r>
      <w:r w:rsidRPr="00472A8A">
        <w:rPr>
          <w:i/>
          <w:iCs/>
        </w:rPr>
        <w:t>“Building a More Comprehensive Culture”</w:t>
      </w:r>
      <w:r w:rsidRPr="00472A8A">
        <w:t>)</w:t>
      </w:r>
    </w:p>
    <w:p w14:paraId="1CF89777" w14:textId="55CC2702" w:rsidR="00472A8A" w:rsidRPr="00472A8A" w:rsidRDefault="00472A8A" w:rsidP="00472A8A">
      <w:pPr>
        <w:numPr>
          <w:ilvl w:val="0"/>
          <w:numId w:val="12"/>
        </w:numPr>
        <w:spacing w:after="0"/>
      </w:pPr>
      <w:r w:rsidRPr="00472A8A">
        <w:t>Share as a slide or handout during wellness meetings</w:t>
      </w:r>
    </w:p>
    <w:p w14:paraId="07D764E9" w14:textId="77777777" w:rsidR="00472A8A" w:rsidRPr="00472A8A" w:rsidRDefault="00472A8A" w:rsidP="00472A8A">
      <w:pPr>
        <w:numPr>
          <w:ilvl w:val="0"/>
          <w:numId w:val="12"/>
        </w:numPr>
        <w:spacing w:after="0"/>
      </w:pPr>
      <w:r w:rsidRPr="00472A8A">
        <w:t>Post as a weekly awareness tip alongside your social media templates</w:t>
      </w:r>
    </w:p>
    <w:p w14:paraId="305287C5" w14:textId="77777777" w:rsidR="00472A8A" w:rsidRDefault="00472A8A"/>
    <w:p w14:paraId="2BB81DCA" w14:textId="3DF98B41" w:rsidR="009215C7" w:rsidRPr="00224344" w:rsidRDefault="009215C7" w:rsidP="009215C7">
      <w:pPr>
        <w:rPr>
          <w:rFonts w:asciiTheme="majorHAnsi" w:hAnsiTheme="majorHAnsi" w:cstheme="majorHAnsi"/>
          <w:b/>
          <w:bCs/>
          <w:sz w:val="28"/>
          <w:szCs w:val="28"/>
        </w:rPr>
      </w:pPr>
      <w:r w:rsidRPr="004B0BA3">
        <w:rPr>
          <w:rFonts w:asciiTheme="majorHAnsi" w:hAnsiTheme="majorHAnsi" w:cstheme="majorHAnsi"/>
          <w:b/>
          <w:bCs/>
          <w:sz w:val="28"/>
          <w:szCs w:val="28"/>
        </w:rPr>
        <w:t>After Receiving t</w:t>
      </w:r>
      <w:r>
        <w:rPr>
          <w:rFonts w:asciiTheme="majorHAnsi" w:hAnsiTheme="majorHAnsi" w:cstheme="majorHAnsi"/>
          <w:b/>
          <w:bCs/>
          <w:sz w:val="28"/>
          <w:szCs w:val="28"/>
        </w:rPr>
        <w:t>he Ending Weight Bias Workplace Badge</w:t>
      </w:r>
    </w:p>
    <w:p w14:paraId="3455E91F" w14:textId="77777777" w:rsidR="009215C7" w:rsidRPr="009215C7" w:rsidRDefault="009215C7" w:rsidP="009215C7">
      <w:r w:rsidRPr="009215C7">
        <w:t>Use this sample language to share and celebrate your successful completion of the Ending Weight Bias Workplace Badge.</w:t>
      </w:r>
    </w:p>
    <w:p w14:paraId="5EDD1D95" w14:textId="77777777" w:rsidR="009215C7" w:rsidRPr="009215C7" w:rsidRDefault="009215C7" w:rsidP="009215C7">
      <w:r w:rsidRPr="009215C7">
        <w:t xml:space="preserve">We’re proud to announce that [Organization Name] has successfully completed the </w:t>
      </w:r>
      <w:r w:rsidRPr="009215C7">
        <w:rPr>
          <w:b/>
          <w:bCs/>
        </w:rPr>
        <w:t>Ending Weight Bias Workplace Badge</w:t>
      </w:r>
      <w:r w:rsidRPr="009215C7">
        <w:t xml:space="preserve"> initiative, an important step in our commitment to advancing employee well-being and respect in the workplace.</w:t>
      </w:r>
    </w:p>
    <w:p w14:paraId="63C4B65E" w14:textId="77777777" w:rsidR="009215C7" w:rsidRPr="009215C7" w:rsidRDefault="009215C7" w:rsidP="009215C7">
      <w:r w:rsidRPr="009215C7">
        <w:t>This recognition reflects our efforts to:</w:t>
      </w:r>
    </w:p>
    <w:p w14:paraId="0C951ACE" w14:textId="77777777" w:rsidR="009215C7" w:rsidRPr="009215C7" w:rsidRDefault="009215C7" w:rsidP="009215C7">
      <w:pPr>
        <w:numPr>
          <w:ilvl w:val="0"/>
          <w:numId w:val="14"/>
        </w:numPr>
      </w:pPr>
      <w:r w:rsidRPr="009215C7">
        <w:t>Foster a workplace culture that is free from weight bias and stigma</w:t>
      </w:r>
    </w:p>
    <w:p w14:paraId="4F31FE77" w14:textId="77777777" w:rsidR="009215C7" w:rsidRPr="009215C7" w:rsidRDefault="009215C7" w:rsidP="009215C7">
      <w:pPr>
        <w:numPr>
          <w:ilvl w:val="0"/>
          <w:numId w:val="14"/>
        </w:numPr>
      </w:pPr>
      <w:r w:rsidRPr="009215C7">
        <w:t>Support employees of all body sizes in feeling valued, respected, and supported</w:t>
      </w:r>
    </w:p>
    <w:p w14:paraId="4BFC0CD2" w14:textId="3392A3F4" w:rsidR="009215C7" w:rsidRPr="009215C7" w:rsidRDefault="009215C7" w:rsidP="009215C7">
      <w:pPr>
        <w:numPr>
          <w:ilvl w:val="0"/>
          <w:numId w:val="14"/>
        </w:numPr>
      </w:pPr>
      <w:r w:rsidRPr="009215C7">
        <w:t xml:space="preserve">Provide resources and education that promote health in positive and </w:t>
      </w:r>
      <w:r w:rsidR="00D320AD" w:rsidRPr="009215C7">
        <w:t>comprehensive</w:t>
      </w:r>
      <w:r w:rsidRPr="009215C7">
        <w:t xml:space="preserve"> ways</w:t>
      </w:r>
    </w:p>
    <w:p w14:paraId="1F84BC38" w14:textId="77777777" w:rsidR="009215C7" w:rsidRPr="009215C7" w:rsidRDefault="009215C7" w:rsidP="009215C7">
      <w:pPr>
        <w:numPr>
          <w:ilvl w:val="0"/>
          <w:numId w:val="14"/>
        </w:numPr>
      </w:pPr>
      <w:r w:rsidRPr="009215C7">
        <w:t>Ensure our workplace practices encourage dignity, respect, and opportunity for all employees</w:t>
      </w:r>
    </w:p>
    <w:p w14:paraId="42356159" w14:textId="374DE8DF" w:rsidR="009215C7" w:rsidRPr="009215C7" w:rsidRDefault="009215C7" w:rsidP="009215C7">
      <w:r w:rsidRPr="009215C7">
        <w:lastRenderedPageBreak/>
        <w:t>We recognize that weight bias is one of the most common and overlooked forms of stigma in the workplace. At [Organization Name], we believe that every employee deserves to feel safe, respected, and supported</w:t>
      </w:r>
      <w:r w:rsidR="00D320AD">
        <w:t xml:space="preserve">- </w:t>
      </w:r>
      <w:r w:rsidRPr="009215C7">
        <w:t>no matter their body size or shape.</w:t>
      </w:r>
    </w:p>
    <w:p w14:paraId="14E4653B" w14:textId="144CE460" w:rsidR="009215C7" w:rsidRPr="009215C7" w:rsidRDefault="009215C7" w:rsidP="009215C7">
      <w:r w:rsidRPr="009215C7">
        <w:t>Earning this badge is not the end of our journey</w:t>
      </w:r>
      <w:r w:rsidR="00D320AD">
        <w:t xml:space="preserve">- </w:t>
      </w:r>
      <w:r w:rsidRPr="009215C7">
        <w:t>it’s a foundation for continued learning, awareness, and action. Together, we’re working to build a workplace where health is supported holistically, stigma is challenged, and all individuals can thrive.</w:t>
      </w:r>
    </w:p>
    <w:p w14:paraId="4701D0E8" w14:textId="42EB8AC1" w:rsidR="009215C7" w:rsidRDefault="009215C7">
      <w:r w:rsidRPr="009215C7">
        <w:t>Let’s continue moving forward toward a culture where every employee is seen, respected, and supported.</w:t>
      </w:r>
    </w:p>
    <w:sectPr w:rsidR="009215C7" w:rsidSect="00034616">
      <w:headerReference w:type="default" r:id="rId1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4981B8" w14:textId="77777777" w:rsidR="00FF74C4" w:rsidRDefault="00FF74C4" w:rsidP="00B30B6F">
      <w:pPr>
        <w:spacing w:after="0" w:line="240" w:lineRule="auto"/>
      </w:pPr>
      <w:r>
        <w:separator/>
      </w:r>
    </w:p>
  </w:endnote>
  <w:endnote w:type="continuationSeparator" w:id="0">
    <w:p w14:paraId="567EB687" w14:textId="77777777" w:rsidR="00FF74C4" w:rsidRDefault="00FF74C4" w:rsidP="00B30B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Futura Lt BT">
    <w:panose1 w:val="020B0402020204020303"/>
    <w:charset w:val="00"/>
    <w:family w:val="swiss"/>
    <w:pitch w:val="variable"/>
    <w:sig w:usb0="00000087" w:usb1="00000000" w:usb2="00000000" w:usb3="00000000" w:csb0="0000001B"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A20DB" w14:textId="77777777" w:rsidR="00FF74C4" w:rsidRDefault="00FF74C4" w:rsidP="00B30B6F">
      <w:pPr>
        <w:spacing w:after="0" w:line="240" w:lineRule="auto"/>
      </w:pPr>
      <w:r>
        <w:separator/>
      </w:r>
    </w:p>
  </w:footnote>
  <w:footnote w:type="continuationSeparator" w:id="0">
    <w:p w14:paraId="1E19EFF9" w14:textId="77777777" w:rsidR="00FF74C4" w:rsidRDefault="00FF74C4" w:rsidP="00B30B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7F8DD" w14:textId="596CB7AF" w:rsidR="00B30B6F" w:rsidRPr="004231A7" w:rsidRDefault="004231A7" w:rsidP="004231A7">
    <w:pPr>
      <w:pStyle w:val="Header"/>
      <w:jc w:val="center"/>
      <w:rPr>
        <w:rFonts w:asciiTheme="majorHAnsi" w:hAnsiTheme="majorHAnsi" w:cstheme="majorHAnsi"/>
        <w:b/>
        <w:bCs/>
        <w:color w:val="FFFFFF" w:themeColor="background1"/>
        <w:sz w:val="72"/>
        <w:szCs w:val="72"/>
      </w:rPr>
    </w:pPr>
    <w:r w:rsidRPr="004231A7">
      <w:rPr>
        <w:rFonts w:ascii="Futura Lt BT" w:eastAsia="Futura Lt BT" w:hAnsi="Futura Lt BT" w:cs="Futura Lt BT"/>
        <w:noProof/>
        <w:sz w:val="20"/>
        <w:szCs w:val="20"/>
        <w:lang w:bidi="en-US"/>
      </w:rPr>
      <mc:AlternateContent>
        <mc:Choice Requires="wps">
          <w:drawing>
            <wp:anchor distT="0" distB="0" distL="114300" distR="114300" simplePos="0" relativeHeight="251659264" behindDoc="1" locked="0" layoutInCell="1" allowOverlap="1" wp14:anchorId="74B075D2" wp14:editId="351396FF">
              <wp:simplePos x="0" y="0"/>
              <wp:positionH relativeFrom="page">
                <wp:align>right</wp:align>
              </wp:positionH>
              <wp:positionV relativeFrom="page">
                <wp:align>top</wp:align>
              </wp:positionV>
              <wp:extent cx="7762875" cy="1657350"/>
              <wp:effectExtent l="0" t="0" r="9525"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62875" cy="1657350"/>
                      </a:xfrm>
                      <a:prstGeom prst="rect">
                        <a:avLst/>
                      </a:prstGeom>
                      <a:solidFill>
                        <a:srgbClr val="002E4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B46C09" id="Rectangle 3" o:spid="_x0000_s1026" style="position:absolute;margin-left:560.05pt;margin-top:0;width:611.25pt;height:130.5pt;z-index:-251657216;visibility:visible;mso-wrap-style:square;mso-width-percent:0;mso-height-percent:0;mso-wrap-distance-left:9pt;mso-wrap-distance-top:0;mso-wrap-distance-right:9pt;mso-wrap-distance-bottom:0;mso-position-horizontal:right;mso-position-horizontal-relative:page;mso-position-vertical:top;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" fillcolor="#002e45" stroked="f">
              <w10:wrap anchorx="page" anchory="page"/>
            </v:rect>
          </w:pict>
        </mc:Fallback>
      </mc:AlternateContent>
    </w:r>
    <w:r w:rsidR="009215C7">
      <w:rPr>
        <w:rFonts w:asciiTheme="majorHAnsi" w:hAnsiTheme="majorHAnsi" w:cstheme="majorHAnsi"/>
        <w:b/>
        <w:bCs/>
        <w:color w:val="FFFFFF" w:themeColor="background1"/>
        <w:sz w:val="72"/>
        <w:szCs w:val="72"/>
      </w:rPr>
      <w:t xml:space="preserve">Ending </w:t>
    </w:r>
    <w:r w:rsidR="00B30B6F" w:rsidRPr="004231A7">
      <w:rPr>
        <w:rFonts w:asciiTheme="majorHAnsi" w:hAnsiTheme="majorHAnsi" w:cstheme="majorHAnsi"/>
        <w:b/>
        <w:bCs/>
        <w:color w:val="FFFFFF" w:themeColor="background1"/>
        <w:sz w:val="72"/>
        <w:szCs w:val="72"/>
      </w:rPr>
      <w:t>Weight Bias Awareness Media Kit</w:t>
    </w:r>
  </w:p>
  <w:p w14:paraId="20497B8F" w14:textId="77777777" w:rsidR="00B30B6F" w:rsidRDefault="00B30B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35178D1"/>
    <w:multiLevelType w:val="multilevel"/>
    <w:tmpl w:val="56FC5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5B2987"/>
    <w:multiLevelType w:val="multilevel"/>
    <w:tmpl w:val="92B49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7C2A15"/>
    <w:multiLevelType w:val="multilevel"/>
    <w:tmpl w:val="3BA6A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723F05"/>
    <w:multiLevelType w:val="multilevel"/>
    <w:tmpl w:val="B3B6E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2903D0"/>
    <w:multiLevelType w:val="multilevel"/>
    <w:tmpl w:val="FFA64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6350545">
    <w:abstractNumId w:val="8"/>
  </w:num>
  <w:num w:numId="2" w16cid:durableId="2088069445">
    <w:abstractNumId w:val="6"/>
  </w:num>
  <w:num w:numId="3" w16cid:durableId="528615302">
    <w:abstractNumId w:val="5"/>
  </w:num>
  <w:num w:numId="4" w16cid:durableId="608197092">
    <w:abstractNumId w:val="4"/>
  </w:num>
  <w:num w:numId="5" w16cid:durableId="97071428">
    <w:abstractNumId w:val="7"/>
  </w:num>
  <w:num w:numId="6" w16cid:durableId="1053315423">
    <w:abstractNumId w:val="3"/>
  </w:num>
  <w:num w:numId="7" w16cid:durableId="1905220680">
    <w:abstractNumId w:val="2"/>
  </w:num>
  <w:num w:numId="8" w16cid:durableId="440608576">
    <w:abstractNumId w:val="1"/>
  </w:num>
  <w:num w:numId="9" w16cid:durableId="1342779715">
    <w:abstractNumId w:val="0"/>
  </w:num>
  <w:num w:numId="10" w16cid:durableId="1805998475">
    <w:abstractNumId w:val="13"/>
  </w:num>
  <w:num w:numId="11" w16cid:durableId="195581860">
    <w:abstractNumId w:val="9"/>
  </w:num>
  <w:num w:numId="12" w16cid:durableId="1496609932">
    <w:abstractNumId w:val="10"/>
  </w:num>
  <w:num w:numId="13" w16cid:durableId="1448155774">
    <w:abstractNumId w:val="12"/>
  </w:num>
  <w:num w:numId="14" w16cid:durableId="16497020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5587"/>
    <w:rsid w:val="00017098"/>
    <w:rsid w:val="00034616"/>
    <w:rsid w:val="0006063C"/>
    <w:rsid w:val="000643D0"/>
    <w:rsid w:val="0015074B"/>
    <w:rsid w:val="00237356"/>
    <w:rsid w:val="0025751C"/>
    <w:rsid w:val="0029639D"/>
    <w:rsid w:val="003235BF"/>
    <w:rsid w:val="00326F90"/>
    <w:rsid w:val="004231A7"/>
    <w:rsid w:val="00472A8A"/>
    <w:rsid w:val="005C2A17"/>
    <w:rsid w:val="0060612E"/>
    <w:rsid w:val="006B1A8B"/>
    <w:rsid w:val="007606C6"/>
    <w:rsid w:val="008377DF"/>
    <w:rsid w:val="00877D4D"/>
    <w:rsid w:val="0089751D"/>
    <w:rsid w:val="008C6CA9"/>
    <w:rsid w:val="009215C7"/>
    <w:rsid w:val="00AA1D8D"/>
    <w:rsid w:val="00B30B6F"/>
    <w:rsid w:val="00B47730"/>
    <w:rsid w:val="00C12C5F"/>
    <w:rsid w:val="00CB0664"/>
    <w:rsid w:val="00D320AD"/>
    <w:rsid w:val="00D860A7"/>
    <w:rsid w:val="00DD40AB"/>
    <w:rsid w:val="00E40125"/>
    <w:rsid w:val="00ED63D1"/>
    <w:rsid w:val="00FC693F"/>
    <w:rsid w:val="00FF74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26A8A8C"/>
  <w14:defaultImageDpi w14:val="300"/>
  <w15:docId w15:val="{869BC3A3-FDDB-4D2C-96AA-5111D8843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CommentReference">
    <w:name w:val="annotation reference"/>
    <w:basedOn w:val="DefaultParagraphFont"/>
    <w:uiPriority w:val="99"/>
    <w:semiHidden/>
    <w:unhideWhenUsed/>
    <w:rsid w:val="00C12C5F"/>
    <w:rPr>
      <w:sz w:val="16"/>
      <w:szCs w:val="16"/>
    </w:rPr>
  </w:style>
  <w:style w:type="paragraph" w:styleId="CommentText">
    <w:name w:val="annotation text"/>
    <w:basedOn w:val="Normal"/>
    <w:link w:val="CommentTextChar"/>
    <w:uiPriority w:val="99"/>
    <w:unhideWhenUsed/>
    <w:rsid w:val="00C12C5F"/>
    <w:pPr>
      <w:spacing w:line="240" w:lineRule="auto"/>
    </w:pPr>
    <w:rPr>
      <w:sz w:val="20"/>
      <w:szCs w:val="20"/>
    </w:rPr>
  </w:style>
  <w:style w:type="character" w:customStyle="1" w:styleId="CommentTextChar">
    <w:name w:val="Comment Text Char"/>
    <w:basedOn w:val="DefaultParagraphFont"/>
    <w:link w:val="CommentText"/>
    <w:uiPriority w:val="99"/>
    <w:rsid w:val="00C12C5F"/>
    <w:rPr>
      <w:sz w:val="20"/>
      <w:szCs w:val="20"/>
    </w:rPr>
  </w:style>
  <w:style w:type="paragraph" w:styleId="CommentSubject">
    <w:name w:val="annotation subject"/>
    <w:basedOn w:val="CommentText"/>
    <w:next w:val="CommentText"/>
    <w:link w:val="CommentSubjectChar"/>
    <w:uiPriority w:val="99"/>
    <w:semiHidden/>
    <w:unhideWhenUsed/>
    <w:rsid w:val="00C12C5F"/>
    <w:rPr>
      <w:b/>
      <w:bCs/>
    </w:rPr>
  </w:style>
  <w:style w:type="character" w:customStyle="1" w:styleId="CommentSubjectChar">
    <w:name w:val="Comment Subject Char"/>
    <w:basedOn w:val="CommentTextChar"/>
    <w:link w:val="CommentSubject"/>
    <w:uiPriority w:val="99"/>
    <w:semiHidden/>
    <w:rsid w:val="00C12C5F"/>
    <w:rPr>
      <w:b/>
      <w:bCs/>
      <w:sz w:val="20"/>
      <w:szCs w:val="20"/>
    </w:rPr>
  </w:style>
  <w:style w:type="paragraph" w:styleId="NormalWeb">
    <w:name w:val="Normal (Web)"/>
    <w:basedOn w:val="Normal"/>
    <w:uiPriority w:val="99"/>
    <w:semiHidden/>
    <w:unhideWhenUsed/>
    <w:rsid w:val="009215C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77652">
      <w:bodyDiv w:val="1"/>
      <w:marLeft w:val="0"/>
      <w:marRight w:val="0"/>
      <w:marTop w:val="0"/>
      <w:marBottom w:val="0"/>
      <w:divBdr>
        <w:top w:val="none" w:sz="0" w:space="0" w:color="auto"/>
        <w:left w:val="none" w:sz="0" w:space="0" w:color="auto"/>
        <w:bottom w:val="none" w:sz="0" w:space="0" w:color="auto"/>
        <w:right w:val="none" w:sz="0" w:space="0" w:color="auto"/>
      </w:divBdr>
    </w:div>
    <w:div w:id="112138393">
      <w:bodyDiv w:val="1"/>
      <w:marLeft w:val="0"/>
      <w:marRight w:val="0"/>
      <w:marTop w:val="0"/>
      <w:marBottom w:val="0"/>
      <w:divBdr>
        <w:top w:val="none" w:sz="0" w:space="0" w:color="auto"/>
        <w:left w:val="none" w:sz="0" w:space="0" w:color="auto"/>
        <w:bottom w:val="none" w:sz="0" w:space="0" w:color="auto"/>
        <w:right w:val="none" w:sz="0" w:space="0" w:color="auto"/>
      </w:divBdr>
    </w:div>
    <w:div w:id="192505106">
      <w:bodyDiv w:val="1"/>
      <w:marLeft w:val="0"/>
      <w:marRight w:val="0"/>
      <w:marTop w:val="0"/>
      <w:marBottom w:val="0"/>
      <w:divBdr>
        <w:top w:val="none" w:sz="0" w:space="0" w:color="auto"/>
        <w:left w:val="none" w:sz="0" w:space="0" w:color="auto"/>
        <w:bottom w:val="none" w:sz="0" w:space="0" w:color="auto"/>
        <w:right w:val="none" w:sz="0" w:space="0" w:color="auto"/>
      </w:divBdr>
    </w:div>
    <w:div w:id="336083958">
      <w:bodyDiv w:val="1"/>
      <w:marLeft w:val="0"/>
      <w:marRight w:val="0"/>
      <w:marTop w:val="0"/>
      <w:marBottom w:val="0"/>
      <w:divBdr>
        <w:top w:val="none" w:sz="0" w:space="0" w:color="auto"/>
        <w:left w:val="none" w:sz="0" w:space="0" w:color="auto"/>
        <w:bottom w:val="none" w:sz="0" w:space="0" w:color="auto"/>
        <w:right w:val="none" w:sz="0" w:space="0" w:color="auto"/>
      </w:divBdr>
    </w:div>
    <w:div w:id="352464779">
      <w:bodyDiv w:val="1"/>
      <w:marLeft w:val="0"/>
      <w:marRight w:val="0"/>
      <w:marTop w:val="0"/>
      <w:marBottom w:val="0"/>
      <w:divBdr>
        <w:top w:val="none" w:sz="0" w:space="0" w:color="auto"/>
        <w:left w:val="none" w:sz="0" w:space="0" w:color="auto"/>
        <w:bottom w:val="none" w:sz="0" w:space="0" w:color="auto"/>
        <w:right w:val="none" w:sz="0" w:space="0" w:color="auto"/>
      </w:divBdr>
    </w:div>
    <w:div w:id="730932835">
      <w:bodyDiv w:val="1"/>
      <w:marLeft w:val="0"/>
      <w:marRight w:val="0"/>
      <w:marTop w:val="0"/>
      <w:marBottom w:val="0"/>
      <w:divBdr>
        <w:top w:val="none" w:sz="0" w:space="0" w:color="auto"/>
        <w:left w:val="none" w:sz="0" w:space="0" w:color="auto"/>
        <w:bottom w:val="none" w:sz="0" w:space="0" w:color="auto"/>
        <w:right w:val="none" w:sz="0" w:space="0" w:color="auto"/>
      </w:divBdr>
    </w:div>
    <w:div w:id="764032496">
      <w:bodyDiv w:val="1"/>
      <w:marLeft w:val="0"/>
      <w:marRight w:val="0"/>
      <w:marTop w:val="0"/>
      <w:marBottom w:val="0"/>
      <w:divBdr>
        <w:top w:val="none" w:sz="0" w:space="0" w:color="auto"/>
        <w:left w:val="none" w:sz="0" w:space="0" w:color="auto"/>
        <w:bottom w:val="none" w:sz="0" w:space="0" w:color="auto"/>
        <w:right w:val="none" w:sz="0" w:space="0" w:color="auto"/>
      </w:divBdr>
    </w:div>
    <w:div w:id="983924414">
      <w:bodyDiv w:val="1"/>
      <w:marLeft w:val="0"/>
      <w:marRight w:val="0"/>
      <w:marTop w:val="0"/>
      <w:marBottom w:val="0"/>
      <w:divBdr>
        <w:top w:val="none" w:sz="0" w:space="0" w:color="auto"/>
        <w:left w:val="none" w:sz="0" w:space="0" w:color="auto"/>
        <w:bottom w:val="none" w:sz="0" w:space="0" w:color="auto"/>
        <w:right w:val="none" w:sz="0" w:space="0" w:color="auto"/>
      </w:divBdr>
    </w:div>
    <w:div w:id="1180704829">
      <w:bodyDiv w:val="1"/>
      <w:marLeft w:val="0"/>
      <w:marRight w:val="0"/>
      <w:marTop w:val="0"/>
      <w:marBottom w:val="0"/>
      <w:divBdr>
        <w:top w:val="none" w:sz="0" w:space="0" w:color="auto"/>
        <w:left w:val="none" w:sz="0" w:space="0" w:color="auto"/>
        <w:bottom w:val="none" w:sz="0" w:space="0" w:color="auto"/>
        <w:right w:val="none" w:sz="0" w:space="0" w:color="auto"/>
      </w:divBdr>
    </w:div>
    <w:div w:id="1733962177">
      <w:bodyDiv w:val="1"/>
      <w:marLeft w:val="0"/>
      <w:marRight w:val="0"/>
      <w:marTop w:val="0"/>
      <w:marBottom w:val="0"/>
      <w:divBdr>
        <w:top w:val="none" w:sz="0" w:space="0" w:color="auto"/>
        <w:left w:val="none" w:sz="0" w:space="0" w:color="auto"/>
        <w:bottom w:val="none" w:sz="0" w:space="0" w:color="auto"/>
        <w:right w:val="none" w:sz="0" w:space="0" w:color="auto"/>
      </w:divBdr>
    </w:div>
    <w:div w:id="1849060571">
      <w:bodyDiv w:val="1"/>
      <w:marLeft w:val="0"/>
      <w:marRight w:val="0"/>
      <w:marTop w:val="0"/>
      <w:marBottom w:val="0"/>
      <w:divBdr>
        <w:top w:val="none" w:sz="0" w:space="0" w:color="auto"/>
        <w:left w:val="none" w:sz="0" w:space="0" w:color="auto"/>
        <w:bottom w:val="none" w:sz="0" w:space="0" w:color="auto"/>
        <w:right w:val="none" w:sz="0" w:space="0" w:color="auto"/>
      </w:divBdr>
    </w:div>
    <w:div w:id="19339765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1084</Words>
  <Characters>6184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7254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Lockard, Olivia</cp:lastModifiedBy>
  <cp:revision>2</cp:revision>
  <dcterms:created xsi:type="dcterms:W3CDTF">2025-10-06T19:28:00Z</dcterms:created>
  <dcterms:modified xsi:type="dcterms:W3CDTF">2025-10-06T19:28:00Z</dcterms:modified>
  <cp:category/>
</cp:coreProperties>
</file>